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10224"/>
      </w:tblGrid>
      <w:tr w:rsidR="0085501B" w14:paraId="7AEC49ED" w14:textId="77777777">
        <w:tc>
          <w:tcPr>
            <w:tcW w:w="10224" w:type="dxa"/>
            <w:shd w:val="clear" w:color="auto" w:fill="6B2C91"/>
          </w:tcPr>
          <w:p w14:paraId="3DFB12D1" w14:textId="77777777" w:rsidR="0085501B" w:rsidRDefault="00000000">
            <w:pPr>
              <w:pStyle w:val="Title"/>
            </w:pPr>
            <w:r>
              <w:rPr>
                <w:color w:val="FFFFFF"/>
              </w:rPr>
              <w:t>Recruitment Plan</w:t>
            </w:r>
          </w:p>
          <w:p w14:paraId="640DA7D4" w14:textId="77777777" w:rsidR="0085501B" w:rsidRDefault="00000000">
            <w:r>
              <w:rPr>
                <w:color w:val="FFFFFF"/>
                <w:sz w:val="24"/>
              </w:rPr>
              <w:t>A practical guide for hiring managers</w:t>
            </w:r>
          </w:p>
        </w:tc>
      </w:tr>
    </w:tbl>
    <w:p w14:paraId="55DD081A" w14:textId="77777777" w:rsidR="0085501B" w:rsidRDefault="00000000">
      <w:pPr>
        <w:pStyle w:val="Heading1"/>
      </w:pPr>
      <w:r>
        <w:t>How to use this plan</w:t>
      </w:r>
    </w:p>
    <w:p w14:paraId="1B8CA2CB" w14:textId="77777777" w:rsidR="0085501B" w:rsidRDefault="00000000">
      <w:pPr>
        <w:spacing w:line="250" w:lineRule="auto"/>
      </w:pPr>
      <w:r>
        <w:rPr>
          <w:i/>
          <w:color w:val="666666"/>
        </w:rPr>
        <w:t>Use this plan to organise and deliver a recruitment campaign independently of Talent Attraction.</w:t>
      </w:r>
    </w:p>
    <w:p w14:paraId="7D4DF4F3" w14:textId="77777777" w:rsidR="0085501B" w:rsidRDefault="00000000">
      <w:pPr>
        <w:pStyle w:val="ListBullet"/>
        <w:spacing w:after="60"/>
      </w:pPr>
      <w:r>
        <w:t>Complete this alongside the Role Briefing Form. Transfer agreed decisions rather than repeating the full role brief.</w:t>
      </w:r>
    </w:p>
    <w:p w14:paraId="32BAF8C0" w14:textId="77777777" w:rsidR="0085501B" w:rsidRDefault="00000000">
      <w:pPr>
        <w:pStyle w:val="ListBullet"/>
        <w:spacing w:after="60"/>
      </w:pPr>
      <w:r>
        <w:t>Replace the prompts with your responses. Give every action a named owner and date; mark optional activity “Not required”.</w:t>
      </w:r>
    </w:p>
    <w:p w14:paraId="49E5BBEF" w14:textId="77777777" w:rsidR="0085501B" w:rsidRDefault="00000000">
      <w:pPr>
        <w:pStyle w:val="ListBullet"/>
        <w:spacing w:after="60"/>
      </w:pPr>
      <w:r>
        <w:t>Keep this plan up to date and share it with your panel and recruitment administrator. Follow current University recruitment guidance and approval routes.</w:t>
      </w:r>
    </w:p>
    <w:p w14:paraId="0D67A608" w14:textId="77777777" w:rsidR="0085501B" w:rsidRDefault="00000000">
      <w:pPr>
        <w:pStyle w:val="Heading1"/>
      </w:pPr>
      <w:r>
        <w:t>1 Role and campaign essentials</w:t>
      </w:r>
    </w:p>
    <w:p w14:paraId="5C592B17" w14:textId="77777777" w:rsidR="0085501B" w:rsidRDefault="00000000">
      <w:pPr>
        <w:spacing w:line="250" w:lineRule="auto"/>
      </w:pPr>
      <w:r>
        <w:rPr>
          <w:i/>
          <w:color w:val="666666"/>
        </w:rPr>
        <w:t>Confirm who is accountable and the key information needed to progress the vacancy.</w:t>
      </w:r>
    </w:p>
    <w:tbl>
      <w:tblPr>
        <w:tblW w:w="0" w:type="auto"/>
        <w:tblBorders>
          <w:top w:val="single" w:sz="4" w:space="0" w:color="D9D2E3"/>
          <w:left w:val="single" w:sz="4" w:space="0" w:color="D9D2E3"/>
          <w:bottom w:val="single" w:sz="4" w:space="0" w:color="D9D2E3"/>
          <w:right w:val="single" w:sz="4" w:space="0" w:color="D9D2E3"/>
          <w:insideH w:val="single" w:sz="4" w:space="0" w:color="D9D2E3"/>
          <w:insideV w:val="single" w:sz="4" w:space="0" w:color="D9D2E3"/>
        </w:tblBorders>
        <w:tblLayout w:type="fixed"/>
        <w:tblLook w:val="04A0" w:firstRow="1" w:lastRow="0" w:firstColumn="1" w:lastColumn="0" w:noHBand="0" w:noVBand="1"/>
      </w:tblPr>
      <w:tblGrid>
        <w:gridCol w:w="2952"/>
        <w:gridCol w:w="7272"/>
      </w:tblGrid>
      <w:tr w:rsidR="0085501B" w14:paraId="00A6F860" w14:textId="77777777">
        <w:trPr>
          <w:cantSplit/>
        </w:trPr>
        <w:tc>
          <w:tcPr>
            <w:tcW w:w="2952" w:type="dxa"/>
            <w:shd w:val="clear" w:color="auto" w:fill="F1EAF6"/>
            <w:tcMar>
              <w:top w:w="95" w:type="dxa"/>
              <w:left w:w="95" w:type="dxa"/>
              <w:bottom w:w="95" w:type="dxa"/>
              <w:right w:w="95" w:type="dxa"/>
            </w:tcMar>
            <w:vAlign w:val="center"/>
          </w:tcPr>
          <w:p w14:paraId="63D6F54F" w14:textId="77777777" w:rsidR="0085501B" w:rsidRDefault="00000000">
            <w:pPr>
              <w:spacing w:before="20" w:after="20" w:line="245" w:lineRule="auto"/>
            </w:pPr>
            <w:r>
              <w:rPr>
                <w:b/>
                <w:color w:val="6B2C91"/>
                <w:sz w:val="19"/>
              </w:rPr>
              <w:t>Job title and reference</w:t>
            </w:r>
          </w:p>
        </w:tc>
        <w:tc>
          <w:tcPr>
            <w:tcW w:w="7272" w:type="dxa"/>
            <w:tcMar>
              <w:top w:w="95" w:type="dxa"/>
              <w:left w:w="95" w:type="dxa"/>
              <w:bottom w:w="95" w:type="dxa"/>
              <w:right w:w="95" w:type="dxa"/>
            </w:tcMar>
            <w:vAlign w:val="center"/>
          </w:tcPr>
          <w:p w14:paraId="488DBD60" w14:textId="77777777" w:rsidR="0085501B" w:rsidRDefault="00000000">
            <w:pPr>
              <w:spacing w:before="20" w:after="20" w:line="245" w:lineRule="auto"/>
            </w:pPr>
            <w:r>
              <w:rPr>
                <w:i/>
                <w:color w:val="666666"/>
                <w:sz w:val="19"/>
              </w:rPr>
              <w:t>Enter the approved title and vacancy reference when available.</w:t>
            </w:r>
          </w:p>
        </w:tc>
      </w:tr>
      <w:tr w:rsidR="0085501B" w14:paraId="5BF5BE2A" w14:textId="77777777">
        <w:trPr>
          <w:cantSplit/>
        </w:trPr>
        <w:tc>
          <w:tcPr>
            <w:tcW w:w="2952" w:type="dxa"/>
            <w:shd w:val="clear" w:color="auto" w:fill="F1EAF6"/>
            <w:tcMar>
              <w:top w:w="95" w:type="dxa"/>
              <w:left w:w="95" w:type="dxa"/>
              <w:bottom w:w="95" w:type="dxa"/>
              <w:right w:w="95" w:type="dxa"/>
            </w:tcMar>
            <w:vAlign w:val="center"/>
          </w:tcPr>
          <w:p w14:paraId="20932EF4" w14:textId="77777777" w:rsidR="0085501B" w:rsidRDefault="00000000">
            <w:pPr>
              <w:spacing w:before="20" w:after="20" w:line="245" w:lineRule="auto"/>
            </w:pPr>
            <w:r>
              <w:rPr>
                <w:b/>
                <w:color w:val="6B2C91"/>
                <w:sz w:val="19"/>
              </w:rPr>
              <w:t>Faculty or directorate</w:t>
            </w:r>
          </w:p>
        </w:tc>
        <w:tc>
          <w:tcPr>
            <w:tcW w:w="7272" w:type="dxa"/>
            <w:tcMar>
              <w:top w:w="95" w:type="dxa"/>
              <w:left w:w="95" w:type="dxa"/>
              <w:bottom w:w="95" w:type="dxa"/>
              <w:right w:w="95" w:type="dxa"/>
            </w:tcMar>
            <w:vAlign w:val="center"/>
          </w:tcPr>
          <w:p w14:paraId="497D0355" w14:textId="77777777" w:rsidR="0085501B" w:rsidRDefault="00000000">
            <w:pPr>
              <w:spacing w:before="20" w:after="20" w:line="245" w:lineRule="auto"/>
            </w:pPr>
            <w:r>
              <w:rPr>
                <w:i/>
                <w:color w:val="666666"/>
                <w:sz w:val="19"/>
              </w:rPr>
              <w:t>Include the school, department or team.</w:t>
            </w:r>
          </w:p>
        </w:tc>
      </w:tr>
      <w:tr w:rsidR="0085501B" w14:paraId="2B6B59B9" w14:textId="77777777">
        <w:trPr>
          <w:cantSplit/>
        </w:trPr>
        <w:tc>
          <w:tcPr>
            <w:tcW w:w="2952" w:type="dxa"/>
            <w:shd w:val="clear" w:color="auto" w:fill="F1EAF6"/>
            <w:tcMar>
              <w:top w:w="95" w:type="dxa"/>
              <w:left w:w="95" w:type="dxa"/>
              <w:bottom w:w="95" w:type="dxa"/>
              <w:right w:w="95" w:type="dxa"/>
            </w:tcMar>
            <w:vAlign w:val="center"/>
          </w:tcPr>
          <w:p w14:paraId="7D8D312A" w14:textId="77777777" w:rsidR="0085501B" w:rsidRDefault="00000000">
            <w:pPr>
              <w:spacing w:before="20" w:after="20" w:line="245" w:lineRule="auto"/>
            </w:pPr>
            <w:r>
              <w:rPr>
                <w:b/>
                <w:color w:val="6B2C91"/>
                <w:sz w:val="19"/>
              </w:rPr>
              <w:t>Hiring manager</w:t>
            </w:r>
          </w:p>
        </w:tc>
        <w:tc>
          <w:tcPr>
            <w:tcW w:w="7272" w:type="dxa"/>
            <w:tcMar>
              <w:top w:w="95" w:type="dxa"/>
              <w:left w:w="95" w:type="dxa"/>
              <w:bottom w:w="95" w:type="dxa"/>
              <w:right w:w="95" w:type="dxa"/>
            </w:tcMar>
            <w:vAlign w:val="center"/>
          </w:tcPr>
          <w:p w14:paraId="2CA40548" w14:textId="77777777" w:rsidR="0085501B" w:rsidRDefault="00000000">
            <w:pPr>
              <w:spacing w:before="20" w:after="20" w:line="245" w:lineRule="auto"/>
            </w:pPr>
            <w:r>
              <w:rPr>
                <w:i/>
                <w:color w:val="666666"/>
                <w:sz w:val="19"/>
              </w:rPr>
              <w:t>Name the person accountable for the campaign and appointment.</w:t>
            </w:r>
          </w:p>
        </w:tc>
      </w:tr>
      <w:tr w:rsidR="0085501B" w14:paraId="5458B2C6" w14:textId="77777777">
        <w:trPr>
          <w:cantSplit/>
        </w:trPr>
        <w:tc>
          <w:tcPr>
            <w:tcW w:w="2952" w:type="dxa"/>
            <w:shd w:val="clear" w:color="auto" w:fill="F1EAF6"/>
            <w:tcMar>
              <w:top w:w="95" w:type="dxa"/>
              <w:left w:w="95" w:type="dxa"/>
              <w:bottom w:w="95" w:type="dxa"/>
              <w:right w:w="95" w:type="dxa"/>
            </w:tcMar>
            <w:vAlign w:val="center"/>
          </w:tcPr>
          <w:p w14:paraId="505DDB62" w14:textId="77777777" w:rsidR="0085501B" w:rsidRDefault="00000000">
            <w:pPr>
              <w:spacing w:before="20" w:after="20" w:line="245" w:lineRule="auto"/>
            </w:pPr>
            <w:r>
              <w:rPr>
                <w:b/>
                <w:color w:val="6B2C91"/>
                <w:sz w:val="19"/>
              </w:rPr>
              <w:t>Recruitment administrator</w:t>
            </w:r>
          </w:p>
        </w:tc>
        <w:tc>
          <w:tcPr>
            <w:tcW w:w="7272" w:type="dxa"/>
            <w:tcMar>
              <w:top w:w="95" w:type="dxa"/>
              <w:left w:w="95" w:type="dxa"/>
              <w:bottom w:w="95" w:type="dxa"/>
              <w:right w:w="95" w:type="dxa"/>
            </w:tcMar>
            <w:vAlign w:val="center"/>
          </w:tcPr>
          <w:p w14:paraId="3BB61BE3" w14:textId="77777777" w:rsidR="0085501B" w:rsidRDefault="00000000">
            <w:pPr>
              <w:spacing w:before="20" w:after="20" w:line="245" w:lineRule="auto"/>
            </w:pPr>
            <w:r>
              <w:rPr>
                <w:i/>
                <w:color w:val="666666"/>
                <w:sz w:val="19"/>
              </w:rPr>
              <w:t>Name the person coordinating the recruitment system, bookings and communications.</w:t>
            </w:r>
          </w:p>
        </w:tc>
      </w:tr>
      <w:tr w:rsidR="0085501B" w14:paraId="335A6CED" w14:textId="77777777">
        <w:trPr>
          <w:cantSplit/>
        </w:trPr>
        <w:tc>
          <w:tcPr>
            <w:tcW w:w="2952" w:type="dxa"/>
            <w:shd w:val="clear" w:color="auto" w:fill="F1EAF6"/>
            <w:tcMar>
              <w:top w:w="95" w:type="dxa"/>
              <w:left w:w="95" w:type="dxa"/>
              <w:bottom w:w="95" w:type="dxa"/>
              <w:right w:w="95" w:type="dxa"/>
            </w:tcMar>
            <w:vAlign w:val="center"/>
          </w:tcPr>
          <w:p w14:paraId="69CF3191" w14:textId="77777777" w:rsidR="0085501B" w:rsidRDefault="00000000">
            <w:pPr>
              <w:spacing w:before="20" w:after="20" w:line="245" w:lineRule="auto"/>
            </w:pPr>
            <w:r>
              <w:rPr>
                <w:b/>
                <w:color w:val="6B2C91"/>
                <w:sz w:val="19"/>
              </w:rPr>
              <w:t>Grade and salary</w:t>
            </w:r>
          </w:p>
        </w:tc>
        <w:tc>
          <w:tcPr>
            <w:tcW w:w="7272" w:type="dxa"/>
            <w:tcMar>
              <w:top w:w="95" w:type="dxa"/>
              <w:left w:w="95" w:type="dxa"/>
              <w:bottom w:w="95" w:type="dxa"/>
              <w:right w:w="95" w:type="dxa"/>
            </w:tcMar>
            <w:vAlign w:val="center"/>
          </w:tcPr>
          <w:p w14:paraId="4CAD6722" w14:textId="77777777" w:rsidR="0085501B" w:rsidRDefault="00000000">
            <w:pPr>
              <w:spacing w:before="20" w:after="20" w:line="245" w:lineRule="auto"/>
            </w:pPr>
            <w:r>
              <w:rPr>
                <w:i/>
                <w:color w:val="666666"/>
                <w:sz w:val="19"/>
              </w:rPr>
              <w:t>Record the approved range and any authorised flexibility.</w:t>
            </w:r>
          </w:p>
        </w:tc>
      </w:tr>
      <w:tr w:rsidR="0085501B" w14:paraId="3FBC2023" w14:textId="77777777">
        <w:trPr>
          <w:cantSplit/>
        </w:trPr>
        <w:tc>
          <w:tcPr>
            <w:tcW w:w="2952" w:type="dxa"/>
            <w:shd w:val="clear" w:color="auto" w:fill="F1EAF6"/>
            <w:tcMar>
              <w:top w:w="95" w:type="dxa"/>
              <w:left w:w="95" w:type="dxa"/>
              <w:bottom w:w="95" w:type="dxa"/>
              <w:right w:w="95" w:type="dxa"/>
            </w:tcMar>
            <w:vAlign w:val="center"/>
          </w:tcPr>
          <w:p w14:paraId="2F119751" w14:textId="77777777" w:rsidR="0085501B" w:rsidRDefault="00000000">
            <w:pPr>
              <w:spacing w:before="20" w:after="20" w:line="245" w:lineRule="auto"/>
            </w:pPr>
            <w:r>
              <w:rPr>
                <w:b/>
                <w:color w:val="6B2C91"/>
                <w:sz w:val="19"/>
              </w:rPr>
              <w:t>Contract and working pattern</w:t>
            </w:r>
          </w:p>
        </w:tc>
        <w:tc>
          <w:tcPr>
            <w:tcW w:w="7272" w:type="dxa"/>
            <w:tcMar>
              <w:top w:w="95" w:type="dxa"/>
              <w:left w:w="95" w:type="dxa"/>
              <w:bottom w:w="95" w:type="dxa"/>
              <w:right w:w="95" w:type="dxa"/>
            </w:tcMar>
            <w:vAlign w:val="center"/>
          </w:tcPr>
          <w:p w14:paraId="50E6C263" w14:textId="77777777" w:rsidR="0085501B" w:rsidRDefault="00000000">
            <w:pPr>
              <w:spacing w:before="20" w:after="20" w:line="245" w:lineRule="auto"/>
            </w:pPr>
            <w:r>
              <w:rPr>
                <w:i/>
                <w:color w:val="666666"/>
                <w:sz w:val="19"/>
              </w:rPr>
              <w:t>State contract type, duration if fixed term, FTE, location and working arrangements.</w:t>
            </w:r>
          </w:p>
        </w:tc>
      </w:tr>
      <w:tr w:rsidR="0085501B" w14:paraId="08D89278" w14:textId="77777777">
        <w:trPr>
          <w:cantSplit/>
        </w:trPr>
        <w:tc>
          <w:tcPr>
            <w:tcW w:w="2952" w:type="dxa"/>
            <w:shd w:val="clear" w:color="auto" w:fill="F1EAF6"/>
            <w:tcMar>
              <w:top w:w="95" w:type="dxa"/>
              <w:left w:w="95" w:type="dxa"/>
              <w:bottom w:w="95" w:type="dxa"/>
              <w:right w:w="95" w:type="dxa"/>
            </w:tcMar>
            <w:vAlign w:val="center"/>
          </w:tcPr>
          <w:p w14:paraId="2F29C631" w14:textId="77777777" w:rsidR="0085501B" w:rsidRDefault="00000000">
            <w:pPr>
              <w:spacing w:before="20" w:after="20" w:line="245" w:lineRule="auto"/>
            </w:pPr>
            <w:r>
              <w:rPr>
                <w:b/>
                <w:color w:val="6B2C91"/>
                <w:sz w:val="19"/>
              </w:rPr>
              <w:t>Key dates</w:t>
            </w:r>
          </w:p>
        </w:tc>
        <w:tc>
          <w:tcPr>
            <w:tcW w:w="7272" w:type="dxa"/>
            <w:tcMar>
              <w:top w:w="95" w:type="dxa"/>
              <w:left w:w="95" w:type="dxa"/>
              <w:bottom w:w="95" w:type="dxa"/>
              <w:right w:w="95" w:type="dxa"/>
            </w:tcMar>
            <w:vAlign w:val="center"/>
          </w:tcPr>
          <w:p w14:paraId="70A519B8" w14:textId="3326E42B" w:rsidR="0085501B" w:rsidRDefault="00000000">
            <w:pPr>
              <w:spacing w:before="20" w:after="20" w:line="245" w:lineRule="auto"/>
            </w:pPr>
            <w:r>
              <w:rPr>
                <w:i/>
                <w:color w:val="666666"/>
                <w:sz w:val="19"/>
              </w:rPr>
              <w:t xml:space="preserve">Target advert launch: [date]   Target </w:t>
            </w:r>
            <w:r w:rsidR="00276F23">
              <w:rPr>
                <w:i/>
                <w:color w:val="666666"/>
                <w:sz w:val="19"/>
              </w:rPr>
              <w:t>interview</w:t>
            </w:r>
            <w:r>
              <w:rPr>
                <w:i/>
                <w:color w:val="666666"/>
                <w:sz w:val="19"/>
              </w:rPr>
              <w:t xml:space="preserve"> date: [date]</w:t>
            </w:r>
          </w:p>
        </w:tc>
      </w:tr>
      <w:tr w:rsidR="0085501B" w14:paraId="1002137B" w14:textId="77777777">
        <w:trPr>
          <w:cantSplit/>
        </w:trPr>
        <w:tc>
          <w:tcPr>
            <w:tcW w:w="2952" w:type="dxa"/>
            <w:shd w:val="clear" w:color="auto" w:fill="F1EAF6"/>
            <w:tcMar>
              <w:top w:w="95" w:type="dxa"/>
              <w:left w:w="95" w:type="dxa"/>
              <w:bottom w:w="95" w:type="dxa"/>
              <w:right w:w="95" w:type="dxa"/>
            </w:tcMar>
            <w:vAlign w:val="center"/>
          </w:tcPr>
          <w:p w14:paraId="7777CB59" w14:textId="77777777" w:rsidR="0085501B" w:rsidRDefault="00000000">
            <w:pPr>
              <w:spacing w:before="20" w:after="20" w:line="245" w:lineRule="auto"/>
            </w:pPr>
            <w:r>
              <w:rPr>
                <w:b/>
                <w:color w:val="6B2C91"/>
                <w:sz w:val="19"/>
              </w:rPr>
              <w:t>Plan last updated</w:t>
            </w:r>
          </w:p>
        </w:tc>
        <w:tc>
          <w:tcPr>
            <w:tcW w:w="7272" w:type="dxa"/>
            <w:tcMar>
              <w:top w:w="95" w:type="dxa"/>
              <w:left w:w="95" w:type="dxa"/>
              <w:bottom w:w="95" w:type="dxa"/>
              <w:right w:w="95" w:type="dxa"/>
            </w:tcMar>
            <w:vAlign w:val="center"/>
          </w:tcPr>
          <w:p w14:paraId="49C119A8" w14:textId="77777777" w:rsidR="0085501B" w:rsidRDefault="00000000">
            <w:pPr>
              <w:spacing w:before="20" w:after="20" w:line="245" w:lineRule="auto"/>
            </w:pPr>
            <w:r>
              <w:rPr>
                <w:i/>
                <w:color w:val="666666"/>
                <w:sz w:val="19"/>
              </w:rPr>
              <w:t>Date: [date]   Updated by: [name]</w:t>
            </w:r>
          </w:p>
        </w:tc>
      </w:tr>
    </w:tbl>
    <w:p w14:paraId="670B9E6C" w14:textId="149110C8" w:rsidR="0085501B" w:rsidRDefault="005F21F3">
      <w:pPr>
        <w:pStyle w:val="Heading1"/>
      </w:pPr>
      <w:r>
        <w:t>2</w:t>
      </w:r>
      <w:r w:rsidR="00000000">
        <w:t xml:space="preserve"> Attraction approach</w:t>
      </w:r>
    </w:p>
    <w:p w14:paraId="43C991F4" w14:textId="77777777" w:rsidR="0085501B" w:rsidRDefault="00000000">
      <w:pPr>
        <w:spacing w:line="250" w:lineRule="auto"/>
      </w:pPr>
      <w:r>
        <w:rPr>
          <w:i/>
          <w:color w:val="666666"/>
        </w:rPr>
        <w:t>Agree how suitable candidates will hear about the role and why they should apply.</w:t>
      </w:r>
    </w:p>
    <w:tbl>
      <w:tblPr>
        <w:tblW w:w="0" w:type="auto"/>
        <w:tblBorders>
          <w:top w:val="single" w:sz="4" w:space="0" w:color="D9D2E3"/>
          <w:left w:val="single" w:sz="4" w:space="0" w:color="D9D2E3"/>
          <w:bottom w:val="single" w:sz="4" w:space="0" w:color="D9D2E3"/>
          <w:right w:val="single" w:sz="4" w:space="0" w:color="D9D2E3"/>
          <w:insideH w:val="single" w:sz="4" w:space="0" w:color="D9D2E3"/>
          <w:insideV w:val="single" w:sz="4" w:space="0" w:color="D9D2E3"/>
        </w:tblBorders>
        <w:tblLayout w:type="fixed"/>
        <w:tblLook w:val="04A0" w:firstRow="1" w:lastRow="0" w:firstColumn="1" w:lastColumn="0" w:noHBand="0" w:noVBand="1"/>
      </w:tblPr>
      <w:tblGrid>
        <w:gridCol w:w="2952"/>
        <w:gridCol w:w="7272"/>
      </w:tblGrid>
      <w:tr w:rsidR="0085501B" w14:paraId="6EF34A4D" w14:textId="77777777">
        <w:trPr>
          <w:cantSplit/>
        </w:trPr>
        <w:tc>
          <w:tcPr>
            <w:tcW w:w="2952" w:type="dxa"/>
            <w:shd w:val="clear" w:color="auto" w:fill="F1EAF6"/>
            <w:tcMar>
              <w:top w:w="95" w:type="dxa"/>
              <w:left w:w="95" w:type="dxa"/>
              <w:bottom w:w="95" w:type="dxa"/>
              <w:right w:w="95" w:type="dxa"/>
            </w:tcMar>
            <w:vAlign w:val="center"/>
          </w:tcPr>
          <w:p w14:paraId="26F1116A" w14:textId="77777777" w:rsidR="0085501B" w:rsidRDefault="00000000">
            <w:pPr>
              <w:spacing w:before="20" w:after="20" w:line="245" w:lineRule="auto"/>
            </w:pPr>
            <w:r>
              <w:rPr>
                <w:b/>
                <w:color w:val="6B2C91"/>
                <w:sz w:val="19"/>
              </w:rPr>
              <w:t>Advertising route</w:t>
            </w:r>
          </w:p>
        </w:tc>
        <w:tc>
          <w:tcPr>
            <w:tcW w:w="7272" w:type="dxa"/>
            <w:tcMar>
              <w:top w:w="95" w:type="dxa"/>
              <w:left w:w="95" w:type="dxa"/>
              <w:bottom w:w="95" w:type="dxa"/>
              <w:right w:w="95" w:type="dxa"/>
            </w:tcMar>
            <w:vAlign w:val="center"/>
          </w:tcPr>
          <w:p w14:paraId="0935C5D6" w14:textId="77777777" w:rsidR="0085501B" w:rsidRDefault="00000000">
            <w:pPr>
              <w:spacing w:before="20" w:after="20" w:line="245" w:lineRule="auto"/>
            </w:pPr>
            <w:r>
              <w:rPr>
                <w:i/>
                <w:color w:val="666666"/>
                <w:sz w:val="19"/>
              </w:rPr>
              <w:t>Select all that apply: ☐ Internal  ☐ External  ☐ Specialist job sites</w:t>
            </w:r>
            <w:r>
              <w:rPr>
                <w:i/>
                <w:color w:val="666666"/>
                <w:sz w:val="19"/>
              </w:rPr>
              <w:br/>
              <w:t>☐ Professional networks  ☐ Other: [details]</w:t>
            </w:r>
          </w:p>
        </w:tc>
      </w:tr>
      <w:tr w:rsidR="0085501B" w14:paraId="37797287" w14:textId="77777777">
        <w:trPr>
          <w:cantSplit/>
        </w:trPr>
        <w:tc>
          <w:tcPr>
            <w:tcW w:w="2952" w:type="dxa"/>
            <w:shd w:val="clear" w:color="auto" w:fill="F1EAF6"/>
            <w:tcMar>
              <w:top w:w="95" w:type="dxa"/>
              <w:left w:w="95" w:type="dxa"/>
              <w:bottom w:w="95" w:type="dxa"/>
              <w:right w:w="95" w:type="dxa"/>
            </w:tcMar>
            <w:vAlign w:val="center"/>
          </w:tcPr>
          <w:p w14:paraId="100EE0A4" w14:textId="77777777" w:rsidR="0085501B" w:rsidRDefault="00000000">
            <w:pPr>
              <w:spacing w:before="20" w:after="20" w:line="245" w:lineRule="auto"/>
            </w:pPr>
            <w:r>
              <w:rPr>
                <w:b/>
                <w:color w:val="6B2C91"/>
                <w:sz w:val="19"/>
              </w:rPr>
              <w:t>Channels and budget</w:t>
            </w:r>
          </w:p>
        </w:tc>
        <w:tc>
          <w:tcPr>
            <w:tcW w:w="7272" w:type="dxa"/>
            <w:tcMar>
              <w:top w:w="95" w:type="dxa"/>
              <w:left w:w="95" w:type="dxa"/>
              <w:bottom w:w="95" w:type="dxa"/>
              <w:right w:w="95" w:type="dxa"/>
            </w:tcMar>
            <w:vAlign w:val="center"/>
          </w:tcPr>
          <w:p w14:paraId="25CCA8EE" w14:textId="77777777" w:rsidR="0085501B" w:rsidRDefault="00000000">
            <w:pPr>
              <w:spacing w:before="20" w:after="20" w:line="245" w:lineRule="auto"/>
            </w:pPr>
            <w:r>
              <w:rPr>
                <w:i/>
                <w:color w:val="666666"/>
                <w:sz w:val="19"/>
              </w:rPr>
              <w:t>List each channel, cost, budget approval and person responsible. Confirm approval before committing spend or engaging an agency.</w:t>
            </w:r>
          </w:p>
        </w:tc>
      </w:tr>
      <w:tr w:rsidR="0085501B" w14:paraId="32145B5B" w14:textId="77777777">
        <w:trPr>
          <w:cantSplit/>
        </w:trPr>
        <w:tc>
          <w:tcPr>
            <w:tcW w:w="2952" w:type="dxa"/>
            <w:shd w:val="clear" w:color="auto" w:fill="F1EAF6"/>
            <w:tcMar>
              <w:top w:w="95" w:type="dxa"/>
              <w:left w:w="95" w:type="dxa"/>
              <w:bottom w:w="95" w:type="dxa"/>
              <w:right w:w="95" w:type="dxa"/>
            </w:tcMar>
            <w:vAlign w:val="center"/>
          </w:tcPr>
          <w:p w14:paraId="492B6422" w14:textId="77777777" w:rsidR="0085501B" w:rsidRDefault="00000000">
            <w:pPr>
              <w:spacing w:before="20" w:after="20" w:line="245" w:lineRule="auto"/>
            </w:pPr>
            <w:r>
              <w:rPr>
                <w:b/>
                <w:color w:val="6B2C91"/>
                <w:sz w:val="19"/>
              </w:rPr>
              <w:t>Inclusive attraction</w:t>
            </w:r>
          </w:p>
        </w:tc>
        <w:tc>
          <w:tcPr>
            <w:tcW w:w="7272" w:type="dxa"/>
            <w:tcMar>
              <w:top w:w="95" w:type="dxa"/>
              <w:left w:w="95" w:type="dxa"/>
              <w:bottom w:w="95" w:type="dxa"/>
              <w:right w:w="95" w:type="dxa"/>
            </w:tcMar>
            <w:vAlign w:val="center"/>
          </w:tcPr>
          <w:p w14:paraId="20AD43F2" w14:textId="77777777" w:rsidR="0085501B" w:rsidRDefault="00000000">
            <w:pPr>
              <w:spacing w:before="20" w:after="20" w:line="245" w:lineRule="auto"/>
            </w:pPr>
            <w:r>
              <w:rPr>
                <w:i/>
                <w:color w:val="666666"/>
                <w:sz w:val="19"/>
              </w:rPr>
              <w:t>Identify relevant networks and accessible ways to reach a broad range of suitable applicants.</w:t>
            </w:r>
          </w:p>
        </w:tc>
      </w:tr>
      <w:tr w:rsidR="0085501B" w14:paraId="2679CABC" w14:textId="77777777">
        <w:trPr>
          <w:cantSplit/>
        </w:trPr>
        <w:tc>
          <w:tcPr>
            <w:tcW w:w="2952" w:type="dxa"/>
            <w:shd w:val="clear" w:color="auto" w:fill="F1EAF6"/>
            <w:tcMar>
              <w:top w:w="95" w:type="dxa"/>
              <w:left w:w="95" w:type="dxa"/>
              <w:bottom w:w="95" w:type="dxa"/>
              <w:right w:w="95" w:type="dxa"/>
            </w:tcMar>
            <w:vAlign w:val="center"/>
          </w:tcPr>
          <w:p w14:paraId="07A4152E" w14:textId="77777777" w:rsidR="0085501B" w:rsidRDefault="00000000">
            <w:pPr>
              <w:spacing w:before="20" w:after="20" w:line="245" w:lineRule="auto"/>
            </w:pPr>
            <w:r>
              <w:rPr>
                <w:b/>
                <w:color w:val="6B2C91"/>
                <w:sz w:val="19"/>
              </w:rPr>
              <w:t>Advertising dates</w:t>
            </w:r>
          </w:p>
        </w:tc>
        <w:tc>
          <w:tcPr>
            <w:tcW w:w="7272" w:type="dxa"/>
            <w:tcMar>
              <w:top w:w="95" w:type="dxa"/>
              <w:left w:w="95" w:type="dxa"/>
              <w:bottom w:w="95" w:type="dxa"/>
              <w:right w:w="95" w:type="dxa"/>
            </w:tcMar>
            <w:vAlign w:val="center"/>
          </w:tcPr>
          <w:p w14:paraId="3CCD2E66" w14:textId="77777777" w:rsidR="0085501B" w:rsidRDefault="00000000">
            <w:pPr>
              <w:spacing w:before="20" w:after="20" w:line="245" w:lineRule="auto"/>
            </w:pPr>
            <w:r>
              <w:rPr>
                <w:i/>
                <w:color w:val="666666"/>
                <w:sz w:val="19"/>
              </w:rPr>
              <w:t>Launch: [date]   Close: [date and time]   Response review: [date]</w:t>
            </w:r>
            <w:r>
              <w:rPr>
                <w:i/>
                <w:color w:val="666666"/>
                <w:sz w:val="19"/>
              </w:rPr>
              <w:br/>
              <w:t>Record who will review the response and agree any changes.</w:t>
            </w:r>
          </w:p>
        </w:tc>
      </w:tr>
    </w:tbl>
    <w:p w14:paraId="53952FD0" w14:textId="77777777" w:rsidR="007350EE" w:rsidRDefault="007350EE">
      <w:pPr>
        <w:pStyle w:val="Heading1"/>
      </w:pPr>
    </w:p>
    <w:p w14:paraId="2963534F" w14:textId="37E7D2F7" w:rsidR="0085501B" w:rsidRDefault="007350EE">
      <w:pPr>
        <w:pStyle w:val="Heading1"/>
      </w:pPr>
      <w:r>
        <w:t>3</w:t>
      </w:r>
      <w:r w:rsidR="00000000">
        <w:t xml:space="preserve"> Selection approach</w:t>
      </w:r>
    </w:p>
    <w:p w14:paraId="627FBC56" w14:textId="77777777" w:rsidR="0085501B" w:rsidRDefault="00000000">
      <w:pPr>
        <w:spacing w:line="250" w:lineRule="auto"/>
      </w:pPr>
      <w:r>
        <w:rPr>
          <w:i/>
          <w:color w:val="666666"/>
        </w:rPr>
        <w:t>Use a proportionate process linked to the agreed criteria. Decide how evidence will be assessed before reviewing applications.</w:t>
      </w:r>
    </w:p>
    <w:tbl>
      <w:tblPr>
        <w:tblW w:w="0" w:type="auto"/>
        <w:tblBorders>
          <w:top w:val="single" w:sz="4" w:space="0" w:color="D9D2E3"/>
          <w:left w:val="single" w:sz="4" w:space="0" w:color="D9D2E3"/>
          <w:bottom w:val="single" w:sz="4" w:space="0" w:color="D9D2E3"/>
          <w:right w:val="single" w:sz="4" w:space="0" w:color="D9D2E3"/>
          <w:insideH w:val="single" w:sz="4" w:space="0" w:color="D9D2E3"/>
          <w:insideV w:val="single" w:sz="4" w:space="0" w:color="D9D2E3"/>
        </w:tblBorders>
        <w:tblLayout w:type="fixed"/>
        <w:tblLook w:val="04A0" w:firstRow="1" w:lastRow="0" w:firstColumn="1" w:lastColumn="0" w:noHBand="0" w:noVBand="1"/>
      </w:tblPr>
      <w:tblGrid>
        <w:gridCol w:w="2952"/>
        <w:gridCol w:w="7272"/>
      </w:tblGrid>
      <w:tr w:rsidR="0085501B" w14:paraId="149887B2" w14:textId="77777777">
        <w:trPr>
          <w:cantSplit/>
        </w:trPr>
        <w:tc>
          <w:tcPr>
            <w:tcW w:w="2952" w:type="dxa"/>
            <w:shd w:val="clear" w:color="auto" w:fill="F1EAF6"/>
            <w:tcMar>
              <w:top w:w="95" w:type="dxa"/>
              <w:left w:w="95" w:type="dxa"/>
              <w:bottom w:w="95" w:type="dxa"/>
              <w:right w:w="95" w:type="dxa"/>
            </w:tcMar>
            <w:vAlign w:val="center"/>
          </w:tcPr>
          <w:p w14:paraId="596929C0" w14:textId="77777777" w:rsidR="0085501B" w:rsidRDefault="00000000">
            <w:pPr>
              <w:spacing w:before="20" w:after="20" w:line="245" w:lineRule="auto"/>
            </w:pPr>
            <w:r>
              <w:rPr>
                <w:b/>
                <w:color w:val="6B2C91"/>
                <w:sz w:val="19"/>
              </w:rPr>
              <w:t>Shortlisting</w:t>
            </w:r>
          </w:p>
        </w:tc>
        <w:tc>
          <w:tcPr>
            <w:tcW w:w="7272" w:type="dxa"/>
            <w:tcMar>
              <w:top w:w="95" w:type="dxa"/>
              <w:left w:w="95" w:type="dxa"/>
              <w:bottom w:w="95" w:type="dxa"/>
              <w:right w:w="95" w:type="dxa"/>
            </w:tcMar>
            <w:vAlign w:val="center"/>
          </w:tcPr>
          <w:p w14:paraId="327383EA" w14:textId="77777777" w:rsidR="0085501B" w:rsidRDefault="00000000">
            <w:pPr>
              <w:spacing w:before="20" w:after="20" w:line="245" w:lineRule="auto"/>
            </w:pPr>
            <w:r>
              <w:rPr>
                <w:i/>
                <w:color w:val="666666"/>
                <w:sz w:val="19"/>
              </w:rPr>
              <w:t>Confirm the reviewers, essential and desirable criteria, scoring approach and meeting date.</w:t>
            </w:r>
          </w:p>
        </w:tc>
      </w:tr>
      <w:tr w:rsidR="0085501B" w14:paraId="15B4BCA8" w14:textId="77777777">
        <w:trPr>
          <w:cantSplit/>
        </w:trPr>
        <w:tc>
          <w:tcPr>
            <w:tcW w:w="2952" w:type="dxa"/>
            <w:shd w:val="clear" w:color="auto" w:fill="F1EAF6"/>
            <w:tcMar>
              <w:top w:w="95" w:type="dxa"/>
              <w:left w:w="95" w:type="dxa"/>
              <w:bottom w:w="95" w:type="dxa"/>
              <w:right w:w="95" w:type="dxa"/>
            </w:tcMar>
            <w:vAlign w:val="center"/>
          </w:tcPr>
          <w:p w14:paraId="3A9A696B" w14:textId="77777777" w:rsidR="0085501B" w:rsidRDefault="00000000">
            <w:pPr>
              <w:spacing w:before="20" w:after="20" w:line="245" w:lineRule="auto"/>
            </w:pPr>
            <w:r>
              <w:rPr>
                <w:b/>
                <w:color w:val="6B2C91"/>
                <w:sz w:val="19"/>
              </w:rPr>
              <w:t>Assessment stages</w:t>
            </w:r>
          </w:p>
        </w:tc>
        <w:tc>
          <w:tcPr>
            <w:tcW w:w="7272" w:type="dxa"/>
            <w:tcMar>
              <w:top w:w="95" w:type="dxa"/>
              <w:left w:w="95" w:type="dxa"/>
              <w:bottom w:w="95" w:type="dxa"/>
              <w:right w:w="95" w:type="dxa"/>
            </w:tcMar>
            <w:vAlign w:val="center"/>
          </w:tcPr>
          <w:p w14:paraId="50CAF8B9" w14:textId="77777777" w:rsidR="0085501B" w:rsidRDefault="00000000">
            <w:pPr>
              <w:spacing w:before="20" w:after="20" w:line="245" w:lineRule="auto"/>
            </w:pPr>
            <w:r>
              <w:rPr>
                <w:i/>
                <w:color w:val="666666"/>
                <w:sz w:val="19"/>
              </w:rPr>
              <w:t>Select all that apply: ☐ Interview  ☐ Presentation  ☐ Task</w:t>
            </w:r>
            <w:r>
              <w:rPr>
                <w:i/>
                <w:color w:val="666666"/>
                <w:sz w:val="19"/>
              </w:rPr>
              <w:br/>
              <w:t>☐ Technical assessment  ☐ Stakeholder discussion  ☐ Other</w:t>
            </w:r>
          </w:p>
        </w:tc>
      </w:tr>
    </w:tbl>
    <w:p w14:paraId="606F7AE7" w14:textId="5656E87B" w:rsidR="0085501B" w:rsidRDefault="007350EE">
      <w:pPr>
        <w:pStyle w:val="Heading1"/>
      </w:pPr>
      <w:r>
        <w:t>4</w:t>
      </w:r>
      <w:r w:rsidR="00000000">
        <w:t xml:space="preserve"> Panel membership</w:t>
      </w:r>
    </w:p>
    <w:p w14:paraId="2FCAE628" w14:textId="77777777" w:rsidR="0085501B" w:rsidRDefault="00000000">
      <w:pPr>
        <w:spacing w:line="250" w:lineRule="auto"/>
      </w:pPr>
      <w:r>
        <w:rPr>
          <w:i/>
          <w:color w:val="666666"/>
        </w:rPr>
        <w:t>Confirm availability, relevant training, a balanced panel and any conflicts of interest.</w:t>
      </w:r>
    </w:p>
    <w:tbl>
      <w:tblPr>
        <w:tblW w:w="0" w:type="auto"/>
        <w:tblBorders>
          <w:top w:val="single" w:sz="4" w:space="0" w:color="D9D2E3"/>
          <w:left w:val="single" w:sz="4" w:space="0" w:color="D9D2E3"/>
          <w:bottom w:val="single" w:sz="4" w:space="0" w:color="D9D2E3"/>
          <w:right w:val="single" w:sz="4" w:space="0" w:color="D9D2E3"/>
          <w:insideH w:val="single" w:sz="4" w:space="0" w:color="D9D2E3"/>
          <w:insideV w:val="single" w:sz="4" w:space="0" w:color="D9D2E3"/>
        </w:tblBorders>
        <w:tblLayout w:type="fixed"/>
        <w:tblLook w:val="04A0" w:firstRow="1" w:lastRow="0" w:firstColumn="1" w:lastColumn="0" w:noHBand="0" w:noVBand="1"/>
      </w:tblPr>
      <w:tblGrid>
        <w:gridCol w:w="3600"/>
        <w:gridCol w:w="3024"/>
        <w:gridCol w:w="3600"/>
      </w:tblGrid>
      <w:tr w:rsidR="0085501B" w14:paraId="556EECEE" w14:textId="77777777">
        <w:trPr>
          <w:cantSplit/>
          <w:tblHeader/>
        </w:trPr>
        <w:tc>
          <w:tcPr>
            <w:tcW w:w="3600" w:type="dxa"/>
            <w:shd w:val="clear" w:color="auto" w:fill="6B2C91"/>
            <w:tcMar>
              <w:top w:w="95" w:type="dxa"/>
              <w:left w:w="95" w:type="dxa"/>
              <w:bottom w:w="95" w:type="dxa"/>
              <w:right w:w="95" w:type="dxa"/>
            </w:tcMar>
            <w:vAlign w:val="center"/>
          </w:tcPr>
          <w:p w14:paraId="15EC5823" w14:textId="77777777" w:rsidR="0085501B" w:rsidRDefault="00000000">
            <w:pPr>
              <w:spacing w:before="20" w:after="20" w:line="245" w:lineRule="auto"/>
            </w:pPr>
            <w:r>
              <w:rPr>
                <w:b/>
                <w:color w:val="FFFFFF"/>
                <w:sz w:val="19"/>
              </w:rPr>
              <w:t>Name and role</w:t>
            </w:r>
          </w:p>
        </w:tc>
        <w:tc>
          <w:tcPr>
            <w:tcW w:w="3024" w:type="dxa"/>
            <w:shd w:val="clear" w:color="auto" w:fill="6B2C91"/>
            <w:tcMar>
              <w:top w:w="95" w:type="dxa"/>
              <w:left w:w="95" w:type="dxa"/>
              <w:bottom w:w="95" w:type="dxa"/>
              <w:right w:w="95" w:type="dxa"/>
            </w:tcMar>
            <w:vAlign w:val="center"/>
          </w:tcPr>
          <w:p w14:paraId="26FDF4C2" w14:textId="77777777" w:rsidR="0085501B" w:rsidRDefault="00000000">
            <w:pPr>
              <w:spacing w:before="20" w:after="20" w:line="245" w:lineRule="auto"/>
            </w:pPr>
            <w:r>
              <w:rPr>
                <w:b/>
                <w:color w:val="FFFFFF"/>
                <w:sz w:val="19"/>
              </w:rPr>
              <w:t>Panel responsibility</w:t>
            </w:r>
          </w:p>
        </w:tc>
        <w:tc>
          <w:tcPr>
            <w:tcW w:w="3600" w:type="dxa"/>
            <w:shd w:val="clear" w:color="auto" w:fill="6B2C91"/>
            <w:tcMar>
              <w:top w:w="95" w:type="dxa"/>
              <w:left w:w="95" w:type="dxa"/>
              <w:bottom w:w="95" w:type="dxa"/>
              <w:right w:w="95" w:type="dxa"/>
            </w:tcMar>
            <w:vAlign w:val="center"/>
          </w:tcPr>
          <w:p w14:paraId="77A3793C" w14:textId="77777777" w:rsidR="0085501B" w:rsidRDefault="00000000">
            <w:pPr>
              <w:spacing w:before="20" w:after="20" w:line="245" w:lineRule="auto"/>
            </w:pPr>
            <w:r>
              <w:rPr>
                <w:b/>
                <w:color w:val="FFFFFF"/>
                <w:sz w:val="19"/>
              </w:rPr>
              <w:t>Availability and checks</w:t>
            </w:r>
          </w:p>
        </w:tc>
      </w:tr>
      <w:tr w:rsidR="0085501B" w14:paraId="51622D37" w14:textId="77777777">
        <w:trPr>
          <w:cantSplit/>
        </w:trPr>
        <w:tc>
          <w:tcPr>
            <w:tcW w:w="3600" w:type="dxa"/>
            <w:tcMar>
              <w:top w:w="95" w:type="dxa"/>
              <w:left w:w="95" w:type="dxa"/>
              <w:bottom w:w="95" w:type="dxa"/>
              <w:right w:w="95" w:type="dxa"/>
            </w:tcMar>
            <w:vAlign w:val="center"/>
          </w:tcPr>
          <w:p w14:paraId="1B84434D" w14:textId="77777777" w:rsidR="0085501B" w:rsidRDefault="00000000">
            <w:pPr>
              <w:spacing w:before="20" w:after="20" w:line="245" w:lineRule="auto"/>
            </w:pPr>
            <w:r>
              <w:rPr>
                <w:sz w:val="19"/>
              </w:rPr>
              <w:t>[Name and job title]</w:t>
            </w:r>
          </w:p>
        </w:tc>
        <w:tc>
          <w:tcPr>
            <w:tcW w:w="3024" w:type="dxa"/>
            <w:tcMar>
              <w:top w:w="95" w:type="dxa"/>
              <w:left w:w="95" w:type="dxa"/>
              <w:bottom w:w="95" w:type="dxa"/>
              <w:right w:w="95" w:type="dxa"/>
            </w:tcMar>
            <w:vAlign w:val="center"/>
          </w:tcPr>
          <w:p w14:paraId="3C169679" w14:textId="77777777" w:rsidR="0085501B" w:rsidRDefault="00000000">
            <w:pPr>
              <w:spacing w:before="20" w:after="20" w:line="245" w:lineRule="auto"/>
            </w:pPr>
            <w:r>
              <w:rPr>
                <w:sz w:val="19"/>
              </w:rPr>
              <w:t>Chair / decision lead</w:t>
            </w:r>
          </w:p>
        </w:tc>
        <w:tc>
          <w:tcPr>
            <w:tcW w:w="3600" w:type="dxa"/>
            <w:tcMar>
              <w:top w:w="95" w:type="dxa"/>
              <w:left w:w="95" w:type="dxa"/>
              <w:bottom w:w="95" w:type="dxa"/>
              <w:right w:w="95" w:type="dxa"/>
            </w:tcMar>
            <w:vAlign w:val="center"/>
          </w:tcPr>
          <w:p w14:paraId="49976DF5" w14:textId="77777777" w:rsidR="0085501B" w:rsidRDefault="00000000">
            <w:pPr>
              <w:spacing w:before="20" w:after="20" w:line="245" w:lineRule="auto"/>
            </w:pPr>
            <w:r>
              <w:rPr>
                <w:sz w:val="19"/>
              </w:rPr>
              <w:t>[Dates and confirmation]</w:t>
            </w:r>
          </w:p>
        </w:tc>
      </w:tr>
      <w:tr w:rsidR="0085501B" w14:paraId="21943BA6" w14:textId="77777777">
        <w:trPr>
          <w:cantSplit/>
        </w:trPr>
        <w:tc>
          <w:tcPr>
            <w:tcW w:w="3600" w:type="dxa"/>
            <w:tcMar>
              <w:top w:w="95" w:type="dxa"/>
              <w:left w:w="95" w:type="dxa"/>
              <w:bottom w:w="95" w:type="dxa"/>
              <w:right w:w="95" w:type="dxa"/>
            </w:tcMar>
            <w:vAlign w:val="center"/>
          </w:tcPr>
          <w:p w14:paraId="3E6D6F52" w14:textId="77777777" w:rsidR="0085501B" w:rsidRDefault="00000000">
            <w:pPr>
              <w:spacing w:before="20" w:after="20" w:line="245" w:lineRule="auto"/>
            </w:pPr>
            <w:r>
              <w:rPr>
                <w:sz w:val="19"/>
              </w:rPr>
              <w:t>[Name and job title]</w:t>
            </w:r>
          </w:p>
        </w:tc>
        <w:tc>
          <w:tcPr>
            <w:tcW w:w="3024" w:type="dxa"/>
            <w:tcMar>
              <w:top w:w="95" w:type="dxa"/>
              <w:left w:w="95" w:type="dxa"/>
              <w:bottom w:w="95" w:type="dxa"/>
              <w:right w:w="95" w:type="dxa"/>
            </w:tcMar>
            <w:vAlign w:val="center"/>
          </w:tcPr>
          <w:p w14:paraId="07547C8D" w14:textId="77777777" w:rsidR="0085501B" w:rsidRDefault="00000000">
            <w:pPr>
              <w:spacing w:before="20" w:after="20" w:line="245" w:lineRule="auto"/>
            </w:pPr>
            <w:r>
              <w:rPr>
                <w:sz w:val="19"/>
              </w:rPr>
              <w:t>Panel member / assessor</w:t>
            </w:r>
          </w:p>
        </w:tc>
        <w:tc>
          <w:tcPr>
            <w:tcW w:w="3600" w:type="dxa"/>
            <w:tcMar>
              <w:top w:w="95" w:type="dxa"/>
              <w:left w:w="95" w:type="dxa"/>
              <w:bottom w:w="95" w:type="dxa"/>
              <w:right w:w="95" w:type="dxa"/>
            </w:tcMar>
            <w:vAlign w:val="center"/>
          </w:tcPr>
          <w:p w14:paraId="4F3AE5F1" w14:textId="77777777" w:rsidR="0085501B" w:rsidRDefault="00000000">
            <w:pPr>
              <w:spacing w:before="20" w:after="20" w:line="245" w:lineRule="auto"/>
            </w:pPr>
            <w:r>
              <w:rPr>
                <w:sz w:val="19"/>
              </w:rPr>
              <w:t>[Dates and confirmation]</w:t>
            </w:r>
          </w:p>
        </w:tc>
      </w:tr>
      <w:tr w:rsidR="0085501B" w14:paraId="6C81BA2B" w14:textId="77777777">
        <w:trPr>
          <w:cantSplit/>
        </w:trPr>
        <w:tc>
          <w:tcPr>
            <w:tcW w:w="3600" w:type="dxa"/>
            <w:tcMar>
              <w:top w:w="95" w:type="dxa"/>
              <w:left w:w="95" w:type="dxa"/>
              <w:bottom w:w="95" w:type="dxa"/>
              <w:right w:w="95" w:type="dxa"/>
            </w:tcMar>
            <w:vAlign w:val="center"/>
          </w:tcPr>
          <w:p w14:paraId="4EC114C3" w14:textId="77777777" w:rsidR="0085501B" w:rsidRDefault="00000000">
            <w:pPr>
              <w:spacing w:before="20" w:after="20" w:line="245" w:lineRule="auto"/>
            </w:pPr>
            <w:r>
              <w:rPr>
                <w:sz w:val="19"/>
              </w:rPr>
              <w:t>[Name and job title]</w:t>
            </w:r>
          </w:p>
        </w:tc>
        <w:tc>
          <w:tcPr>
            <w:tcW w:w="3024" w:type="dxa"/>
            <w:tcMar>
              <w:top w:w="95" w:type="dxa"/>
              <w:left w:w="95" w:type="dxa"/>
              <w:bottom w:w="95" w:type="dxa"/>
              <w:right w:w="95" w:type="dxa"/>
            </w:tcMar>
            <w:vAlign w:val="center"/>
          </w:tcPr>
          <w:p w14:paraId="6046654A" w14:textId="77777777" w:rsidR="0085501B" w:rsidRDefault="00000000">
            <w:pPr>
              <w:spacing w:before="20" w:after="20" w:line="245" w:lineRule="auto"/>
            </w:pPr>
            <w:r>
              <w:rPr>
                <w:sz w:val="19"/>
              </w:rPr>
              <w:t>Panel member / assessor</w:t>
            </w:r>
          </w:p>
        </w:tc>
        <w:tc>
          <w:tcPr>
            <w:tcW w:w="3600" w:type="dxa"/>
            <w:tcMar>
              <w:top w:w="95" w:type="dxa"/>
              <w:left w:w="95" w:type="dxa"/>
              <w:bottom w:w="95" w:type="dxa"/>
              <w:right w:w="95" w:type="dxa"/>
            </w:tcMar>
            <w:vAlign w:val="center"/>
          </w:tcPr>
          <w:p w14:paraId="07A8A9AB" w14:textId="77777777" w:rsidR="0085501B" w:rsidRDefault="00000000">
            <w:pPr>
              <w:spacing w:before="20" w:after="20" w:line="245" w:lineRule="auto"/>
            </w:pPr>
            <w:r>
              <w:rPr>
                <w:sz w:val="19"/>
              </w:rPr>
              <w:t>[Dates and confirmation]</w:t>
            </w:r>
          </w:p>
        </w:tc>
      </w:tr>
    </w:tbl>
    <w:p w14:paraId="47CFF48A" w14:textId="77777777" w:rsidR="0085501B" w:rsidRDefault="00000000">
      <w:r>
        <w:br w:type="page"/>
      </w:r>
    </w:p>
    <w:p w14:paraId="0FE521C9" w14:textId="4DE8AB4F" w:rsidR="0085501B" w:rsidRDefault="005F1ED5">
      <w:pPr>
        <w:pStyle w:val="Heading1"/>
      </w:pPr>
      <w:r>
        <w:lastRenderedPageBreak/>
        <w:t>5</w:t>
      </w:r>
      <w:r w:rsidR="00000000">
        <w:t xml:space="preserve"> Recruitment timetable</w:t>
      </w:r>
    </w:p>
    <w:p w14:paraId="644DD2B7" w14:textId="77777777" w:rsidR="0085501B" w:rsidRDefault="00000000">
      <w:pPr>
        <w:spacing w:line="250" w:lineRule="auto"/>
      </w:pPr>
      <w:r>
        <w:rPr>
          <w:i/>
          <w:color w:val="666666"/>
        </w:rPr>
        <w:t>Work back from the target start date. Allow for approvals, candidate notice periods and pre-employment checks. Confirm dates with everyone involved.</w:t>
      </w:r>
    </w:p>
    <w:p w14:paraId="1899A740" w14:textId="77777777" w:rsidR="0085501B" w:rsidRDefault="00000000">
      <w:pPr>
        <w:spacing w:line="250" w:lineRule="auto"/>
      </w:pPr>
      <w:r>
        <w:t>Enter a named owner and due date for each action. Use status: Not started, In progress, Complete or Not required. Add rows where needed.</w:t>
      </w:r>
    </w:p>
    <w:tbl>
      <w:tblPr>
        <w:tblW w:w="0" w:type="auto"/>
        <w:tblBorders>
          <w:top w:val="single" w:sz="4" w:space="0" w:color="D9D2E3"/>
          <w:left w:val="single" w:sz="4" w:space="0" w:color="D9D2E3"/>
          <w:bottom w:val="single" w:sz="4" w:space="0" w:color="D9D2E3"/>
          <w:right w:val="single" w:sz="4" w:space="0" w:color="D9D2E3"/>
          <w:insideH w:val="single" w:sz="4" w:space="0" w:color="D9D2E3"/>
          <w:insideV w:val="single" w:sz="4" w:space="0" w:color="D9D2E3"/>
        </w:tblBorders>
        <w:tblLayout w:type="fixed"/>
        <w:tblLook w:val="04A0" w:firstRow="1" w:lastRow="0" w:firstColumn="1" w:lastColumn="0" w:noHBand="0" w:noVBand="1"/>
      </w:tblPr>
      <w:tblGrid>
        <w:gridCol w:w="5904"/>
        <w:gridCol w:w="1152"/>
        <w:gridCol w:w="1584"/>
        <w:gridCol w:w="1584"/>
      </w:tblGrid>
      <w:tr w:rsidR="0085501B" w14:paraId="5D7AC24A" w14:textId="77777777">
        <w:trPr>
          <w:cantSplit/>
          <w:tblHeader/>
        </w:trPr>
        <w:tc>
          <w:tcPr>
            <w:tcW w:w="5904" w:type="dxa"/>
            <w:shd w:val="clear" w:color="auto" w:fill="6B2C91"/>
            <w:tcMar>
              <w:top w:w="55" w:type="dxa"/>
              <w:left w:w="55" w:type="dxa"/>
              <w:bottom w:w="55" w:type="dxa"/>
              <w:right w:w="55" w:type="dxa"/>
            </w:tcMar>
            <w:vAlign w:val="center"/>
          </w:tcPr>
          <w:p w14:paraId="59B203E3" w14:textId="77777777" w:rsidR="0085501B" w:rsidRDefault="00000000">
            <w:pPr>
              <w:spacing w:before="20" w:after="20" w:line="245" w:lineRule="auto"/>
            </w:pPr>
            <w:r>
              <w:rPr>
                <w:b/>
                <w:color w:val="FFFFFF"/>
                <w:sz w:val="19"/>
              </w:rPr>
              <w:t>Action and completion point</w:t>
            </w:r>
          </w:p>
        </w:tc>
        <w:tc>
          <w:tcPr>
            <w:tcW w:w="1152" w:type="dxa"/>
            <w:shd w:val="clear" w:color="auto" w:fill="6B2C91"/>
            <w:tcMar>
              <w:top w:w="55" w:type="dxa"/>
              <w:left w:w="55" w:type="dxa"/>
              <w:bottom w:w="55" w:type="dxa"/>
              <w:right w:w="55" w:type="dxa"/>
            </w:tcMar>
            <w:vAlign w:val="center"/>
          </w:tcPr>
          <w:p w14:paraId="1D4BF9CD" w14:textId="77777777" w:rsidR="0085501B" w:rsidRDefault="00000000">
            <w:pPr>
              <w:spacing w:before="20" w:after="20" w:line="245" w:lineRule="auto"/>
            </w:pPr>
            <w:r>
              <w:rPr>
                <w:b/>
                <w:color w:val="FFFFFF"/>
                <w:sz w:val="19"/>
              </w:rPr>
              <w:t>Due date</w:t>
            </w:r>
          </w:p>
        </w:tc>
        <w:tc>
          <w:tcPr>
            <w:tcW w:w="1584" w:type="dxa"/>
            <w:shd w:val="clear" w:color="auto" w:fill="6B2C91"/>
            <w:tcMar>
              <w:top w:w="55" w:type="dxa"/>
              <w:left w:w="55" w:type="dxa"/>
              <w:bottom w:w="55" w:type="dxa"/>
              <w:right w:w="55" w:type="dxa"/>
            </w:tcMar>
            <w:vAlign w:val="center"/>
          </w:tcPr>
          <w:p w14:paraId="06BAFB41" w14:textId="77777777" w:rsidR="0085501B" w:rsidRDefault="00000000">
            <w:pPr>
              <w:spacing w:before="20" w:after="20" w:line="245" w:lineRule="auto"/>
            </w:pPr>
            <w:r>
              <w:rPr>
                <w:b/>
                <w:color w:val="FFFFFF"/>
                <w:sz w:val="19"/>
              </w:rPr>
              <w:t>Named owner</w:t>
            </w:r>
          </w:p>
        </w:tc>
        <w:tc>
          <w:tcPr>
            <w:tcW w:w="1584" w:type="dxa"/>
            <w:shd w:val="clear" w:color="auto" w:fill="6B2C91"/>
            <w:tcMar>
              <w:top w:w="55" w:type="dxa"/>
              <w:left w:w="55" w:type="dxa"/>
              <w:bottom w:w="55" w:type="dxa"/>
              <w:right w:w="55" w:type="dxa"/>
            </w:tcMar>
            <w:vAlign w:val="center"/>
          </w:tcPr>
          <w:p w14:paraId="4E458E8E" w14:textId="77777777" w:rsidR="0085501B" w:rsidRDefault="00000000">
            <w:pPr>
              <w:spacing w:before="20" w:after="20" w:line="245" w:lineRule="auto"/>
            </w:pPr>
            <w:r>
              <w:rPr>
                <w:b/>
                <w:color w:val="FFFFFF"/>
                <w:sz w:val="19"/>
              </w:rPr>
              <w:t>Status</w:t>
            </w:r>
          </w:p>
        </w:tc>
      </w:tr>
      <w:tr w:rsidR="0085501B" w14:paraId="61ADB659" w14:textId="77777777">
        <w:trPr>
          <w:cantSplit/>
        </w:trPr>
        <w:tc>
          <w:tcPr>
            <w:tcW w:w="5904" w:type="dxa"/>
            <w:tcMar>
              <w:top w:w="55" w:type="dxa"/>
              <w:left w:w="55" w:type="dxa"/>
              <w:bottom w:w="55" w:type="dxa"/>
              <w:right w:w="55" w:type="dxa"/>
            </w:tcMar>
            <w:vAlign w:val="center"/>
          </w:tcPr>
          <w:p w14:paraId="667BB0CF" w14:textId="77777777" w:rsidR="0085501B" w:rsidRDefault="00000000">
            <w:pPr>
              <w:spacing w:before="20" w:after="20" w:line="245" w:lineRule="auto"/>
              <w:rPr>
                <w:sz w:val="19"/>
              </w:rPr>
            </w:pPr>
            <w:r>
              <w:rPr>
                <w:sz w:val="19"/>
              </w:rPr>
              <w:t>Approve the role brief, job description, criteria, grade, salary and funding.</w:t>
            </w:r>
          </w:p>
          <w:p w14:paraId="497C6F84" w14:textId="1BA3F33B" w:rsidR="00FA6056" w:rsidRDefault="00FA6056">
            <w:pPr>
              <w:spacing w:before="20" w:after="20" w:line="245" w:lineRule="auto"/>
            </w:pPr>
            <w:r>
              <w:rPr>
                <w:sz w:val="19"/>
              </w:rPr>
              <w:t>(Link to guides</w:t>
            </w:r>
            <w:r w:rsidR="00FE745B">
              <w:rPr>
                <w:sz w:val="19"/>
              </w:rPr>
              <w:t xml:space="preserve"> and tempate</w:t>
            </w:r>
            <w:r>
              <w:rPr>
                <w:sz w:val="19"/>
              </w:rPr>
              <w:t>)</w:t>
            </w:r>
          </w:p>
        </w:tc>
        <w:tc>
          <w:tcPr>
            <w:tcW w:w="1152" w:type="dxa"/>
            <w:tcMar>
              <w:top w:w="55" w:type="dxa"/>
              <w:left w:w="55" w:type="dxa"/>
              <w:bottom w:w="55" w:type="dxa"/>
              <w:right w:w="55" w:type="dxa"/>
            </w:tcMar>
            <w:vAlign w:val="center"/>
          </w:tcPr>
          <w:p w14:paraId="45CF049A" w14:textId="77777777" w:rsidR="0085501B" w:rsidRDefault="00000000">
            <w:pPr>
              <w:spacing w:before="20" w:after="20" w:line="245" w:lineRule="auto"/>
            </w:pPr>
            <w:r>
              <w:rPr>
                <w:sz w:val="19"/>
              </w:rPr>
              <w:t>[Date]</w:t>
            </w:r>
          </w:p>
        </w:tc>
        <w:tc>
          <w:tcPr>
            <w:tcW w:w="1584" w:type="dxa"/>
            <w:tcMar>
              <w:top w:w="55" w:type="dxa"/>
              <w:left w:w="55" w:type="dxa"/>
              <w:bottom w:w="55" w:type="dxa"/>
              <w:right w:w="55" w:type="dxa"/>
            </w:tcMar>
            <w:vAlign w:val="center"/>
          </w:tcPr>
          <w:p w14:paraId="31F06622" w14:textId="77777777" w:rsidR="0085501B" w:rsidRDefault="00000000">
            <w:pPr>
              <w:spacing w:before="20" w:after="20" w:line="245" w:lineRule="auto"/>
            </w:pPr>
            <w:r>
              <w:rPr>
                <w:sz w:val="19"/>
              </w:rPr>
              <w:t>[Name]</w:t>
            </w:r>
          </w:p>
        </w:tc>
        <w:tc>
          <w:tcPr>
            <w:tcW w:w="1584" w:type="dxa"/>
            <w:tcMar>
              <w:top w:w="55" w:type="dxa"/>
              <w:left w:w="55" w:type="dxa"/>
              <w:bottom w:w="55" w:type="dxa"/>
              <w:right w:w="55" w:type="dxa"/>
            </w:tcMar>
            <w:vAlign w:val="center"/>
          </w:tcPr>
          <w:p w14:paraId="6E8AE630" w14:textId="77777777" w:rsidR="0085501B" w:rsidRDefault="00000000">
            <w:pPr>
              <w:spacing w:before="20" w:after="20" w:line="245" w:lineRule="auto"/>
            </w:pPr>
            <w:r>
              <w:rPr>
                <w:sz w:val="19"/>
              </w:rPr>
              <w:t>[Status]</w:t>
            </w:r>
          </w:p>
        </w:tc>
      </w:tr>
      <w:tr w:rsidR="0085501B" w14:paraId="3E833ECE" w14:textId="77777777">
        <w:trPr>
          <w:cantSplit/>
        </w:trPr>
        <w:tc>
          <w:tcPr>
            <w:tcW w:w="5904" w:type="dxa"/>
            <w:tcMar>
              <w:top w:w="55" w:type="dxa"/>
              <w:left w:w="55" w:type="dxa"/>
              <w:bottom w:w="55" w:type="dxa"/>
              <w:right w:w="55" w:type="dxa"/>
            </w:tcMar>
            <w:vAlign w:val="center"/>
          </w:tcPr>
          <w:p w14:paraId="6039585C" w14:textId="77777777" w:rsidR="0085501B" w:rsidRDefault="00000000">
            <w:pPr>
              <w:spacing w:before="20" w:after="20" w:line="245" w:lineRule="auto"/>
            </w:pPr>
            <w:r>
              <w:rPr>
                <w:sz w:val="19"/>
              </w:rPr>
              <w:t>Complete permission to recruit and applicable redeployment steps; record approval evidence.</w:t>
            </w:r>
          </w:p>
        </w:tc>
        <w:tc>
          <w:tcPr>
            <w:tcW w:w="1152" w:type="dxa"/>
            <w:tcMar>
              <w:top w:w="55" w:type="dxa"/>
              <w:left w:w="55" w:type="dxa"/>
              <w:bottom w:w="55" w:type="dxa"/>
              <w:right w:w="55" w:type="dxa"/>
            </w:tcMar>
            <w:vAlign w:val="center"/>
          </w:tcPr>
          <w:p w14:paraId="12FFAE12" w14:textId="77777777" w:rsidR="0085501B" w:rsidRDefault="00000000">
            <w:pPr>
              <w:spacing w:before="20" w:after="20" w:line="245" w:lineRule="auto"/>
            </w:pPr>
            <w:r>
              <w:rPr>
                <w:sz w:val="19"/>
              </w:rPr>
              <w:t>[Date]</w:t>
            </w:r>
          </w:p>
        </w:tc>
        <w:tc>
          <w:tcPr>
            <w:tcW w:w="1584" w:type="dxa"/>
            <w:tcMar>
              <w:top w:w="55" w:type="dxa"/>
              <w:left w:w="55" w:type="dxa"/>
              <w:bottom w:w="55" w:type="dxa"/>
              <w:right w:w="55" w:type="dxa"/>
            </w:tcMar>
            <w:vAlign w:val="center"/>
          </w:tcPr>
          <w:p w14:paraId="75C5AA8C" w14:textId="77777777" w:rsidR="0085501B" w:rsidRDefault="00000000">
            <w:pPr>
              <w:spacing w:before="20" w:after="20" w:line="245" w:lineRule="auto"/>
            </w:pPr>
            <w:r>
              <w:rPr>
                <w:sz w:val="19"/>
              </w:rPr>
              <w:t>[Name]</w:t>
            </w:r>
          </w:p>
        </w:tc>
        <w:tc>
          <w:tcPr>
            <w:tcW w:w="1584" w:type="dxa"/>
            <w:tcMar>
              <w:top w:w="55" w:type="dxa"/>
              <w:left w:w="55" w:type="dxa"/>
              <w:bottom w:w="55" w:type="dxa"/>
              <w:right w:w="55" w:type="dxa"/>
            </w:tcMar>
            <w:vAlign w:val="center"/>
          </w:tcPr>
          <w:p w14:paraId="3B2CBE09" w14:textId="77777777" w:rsidR="0085501B" w:rsidRDefault="00000000">
            <w:pPr>
              <w:spacing w:before="20" w:after="20" w:line="245" w:lineRule="auto"/>
            </w:pPr>
            <w:r>
              <w:rPr>
                <w:sz w:val="19"/>
              </w:rPr>
              <w:t>[Status]</w:t>
            </w:r>
          </w:p>
        </w:tc>
      </w:tr>
      <w:tr w:rsidR="0085501B" w14:paraId="062C40E5" w14:textId="77777777">
        <w:trPr>
          <w:cantSplit/>
        </w:trPr>
        <w:tc>
          <w:tcPr>
            <w:tcW w:w="5904" w:type="dxa"/>
            <w:tcMar>
              <w:top w:w="55" w:type="dxa"/>
              <w:left w:w="55" w:type="dxa"/>
              <w:bottom w:w="55" w:type="dxa"/>
              <w:right w:w="55" w:type="dxa"/>
            </w:tcMar>
            <w:vAlign w:val="center"/>
          </w:tcPr>
          <w:p w14:paraId="4C0D2F04" w14:textId="09D2F524" w:rsidR="0085501B" w:rsidRDefault="00000000">
            <w:pPr>
              <w:spacing w:before="20" w:after="20" w:line="245" w:lineRule="auto"/>
            </w:pPr>
            <w:r>
              <w:rPr>
                <w:sz w:val="19"/>
              </w:rPr>
              <w:t>Set up the vacancy on the recruitment system; agree administration responsibilities.</w:t>
            </w:r>
            <w:r w:rsidR="00FA6056">
              <w:rPr>
                <w:sz w:val="19"/>
              </w:rPr>
              <w:t xml:space="preserve"> (Link to guide)</w:t>
            </w:r>
          </w:p>
        </w:tc>
        <w:tc>
          <w:tcPr>
            <w:tcW w:w="1152" w:type="dxa"/>
            <w:tcMar>
              <w:top w:w="55" w:type="dxa"/>
              <w:left w:w="55" w:type="dxa"/>
              <w:bottom w:w="55" w:type="dxa"/>
              <w:right w:w="55" w:type="dxa"/>
            </w:tcMar>
            <w:vAlign w:val="center"/>
          </w:tcPr>
          <w:p w14:paraId="30D17F8D" w14:textId="77777777" w:rsidR="0085501B" w:rsidRDefault="00000000">
            <w:pPr>
              <w:spacing w:before="20" w:after="20" w:line="245" w:lineRule="auto"/>
            </w:pPr>
            <w:r>
              <w:rPr>
                <w:sz w:val="19"/>
              </w:rPr>
              <w:t>[Date]</w:t>
            </w:r>
          </w:p>
        </w:tc>
        <w:tc>
          <w:tcPr>
            <w:tcW w:w="1584" w:type="dxa"/>
            <w:tcMar>
              <w:top w:w="55" w:type="dxa"/>
              <w:left w:w="55" w:type="dxa"/>
              <w:bottom w:w="55" w:type="dxa"/>
              <w:right w:w="55" w:type="dxa"/>
            </w:tcMar>
            <w:vAlign w:val="center"/>
          </w:tcPr>
          <w:p w14:paraId="7017088E" w14:textId="77777777" w:rsidR="0085501B" w:rsidRDefault="00000000">
            <w:pPr>
              <w:spacing w:before="20" w:after="20" w:line="245" w:lineRule="auto"/>
            </w:pPr>
            <w:r>
              <w:rPr>
                <w:sz w:val="19"/>
              </w:rPr>
              <w:t>[Name]</w:t>
            </w:r>
          </w:p>
        </w:tc>
        <w:tc>
          <w:tcPr>
            <w:tcW w:w="1584" w:type="dxa"/>
            <w:tcMar>
              <w:top w:w="55" w:type="dxa"/>
              <w:left w:w="55" w:type="dxa"/>
              <w:bottom w:w="55" w:type="dxa"/>
              <w:right w:w="55" w:type="dxa"/>
            </w:tcMar>
            <w:vAlign w:val="center"/>
          </w:tcPr>
          <w:p w14:paraId="3EB0229A" w14:textId="77777777" w:rsidR="0085501B" w:rsidRDefault="00000000">
            <w:pPr>
              <w:spacing w:before="20" w:after="20" w:line="245" w:lineRule="auto"/>
            </w:pPr>
            <w:r>
              <w:rPr>
                <w:sz w:val="19"/>
              </w:rPr>
              <w:t>[Status]</w:t>
            </w:r>
          </w:p>
        </w:tc>
      </w:tr>
      <w:tr w:rsidR="0085501B" w14:paraId="67EFFAC4" w14:textId="77777777">
        <w:trPr>
          <w:cantSplit/>
        </w:trPr>
        <w:tc>
          <w:tcPr>
            <w:tcW w:w="5904" w:type="dxa"/>
            <w:tcMar>
              <w:top w:w="55" w:type="dxa"/>
              <w:left w:w="55" w:type="dxa"/>
              <w:bottom w:w="55" w:type="dxa"/>
              <w:right w:w="55" w:type="dxa"/>
            </w:tcMar>
            <w:vAlign w:val="center"/>
          </w:tcPr>
          <w:p w14:paraId="6AC24796" w14:textId="1C83E50C" w:rsidR="0085501B" w:rsidRDefault="00000000">
            <w:pPr>
              <w:spacing w:before="20" w:after="20" w:line="245" w:lineRule="auto"/>
            </w:pPr>
            <w:r>
              <w:rPr>
                <w:sz w:val="19"/>
              </w:rPr>
              <w:t>Approve the advert, candidate information, channels and spend.</w:t>
            </w:r>
            <w:r w:rsidR="005151C1">
              <w:rPr>
                <w:sz w:val="19"/>
              </w:rPr>
              <w:t xml:space="preserve"> (link to guide</w:t>
            </w:r>
            <w:r w:rsidR="00FE745B">
              <w:rPr>
                <w:sz w:val="19"/>
              </w:rPr>
              <w:t xml:space="preserve"> and template</w:t>
            </w:r>
            <w:r w:rsidR="005151C1">
              <w:rPr>
                <w:sz w:val="19"/>
              </w:rPr>
              <w:t>)</w:t>
            </w:r>
          </w:p>
        </w:tc>
        <w:tc>
          <w:tcPr>
            <w:tcW w:w="1152" w:type="dxa"/>
            <w:tcMar>
              <w:top w:w="55" w:type="dxa"/>
              <w:left w:w="55" w:type="dxa"/>
              <w:bottom w:w="55" w:type="dxa"/>
              <w:right w:w="55" w:type="dxa"/>
            </w:tcMar>
            <w:vAlign w:val="center"/>
          </w:tcPr>
          <w:p w14:paraId="3A4140C0" w14:textId="77777777" w:rsidR="0085501B" w:rsidRDefault="00000000">
            <w:pPr>
              <w:spacing w:before="20" w:after="20" w:line="245" w:lineRule="auto"/>
            </w:pPr>
            <w:r>
              <w:rPr>
                <w:sz w:val="19"/>
              </w:rPr>
              <w:t>[Date]</w:t>
            </w:r>
          </w:p>
        </w:tc>
        <w:tc>
          <w:tcPr>
            <w:tcW w:w="1584" w:type="dxa"/>
            <w:tcMar>
              <w:top w:w="55" w:type="dxa"/>
              <w:left w:w="55" w:type="dxa"/>
              <w:bottom w:w="55" w:type="dxa"/>
              <w:right w:w="55" w:type="dxa"/>
            </w:tcMar>
            <w:vAlign w:val="center"/>
          </w:tcPr>
          <w:p w14:paraId="745DD7DE" w14:textId="77777777" w:rsidR="0085501B" w:rsidRDefault="00000000">
            <w:pPr>
              <w:spacing w:before="20" w:after="20" w:line="245" w:lineRule="auto"/>
            </w:pPr>
            <w:r>
              <w:rPr>
                <w:sz w:val="19"/>
              </w:rPr>
              <w:t>[Name]</w:t>
            </w:r>
          </w:p>
        </w:tc>
        <w:tc>
          <w:tcPr>
            <w:tcW w:w="1584" w:type="dxa"/>
            <w:tcMar>
              <w:top w:w="55" w:type="dxa"/>
              <w:left w:w="55" w:type="dxa"/>
              <w:bottom w:w="55" w:type="dxa"/>
              <w:right w:w="55" w:type="dxa"/>
            </w:tcMar>
            <w:vAlign w:val="center"/>
          </w:tcPr>
          <w:p w14:paraId="4F2F62D9" w14:textId="77777777" w:rsidR="0085501B" w:rsidRDefault="00000000">
            <w:pPr>
              <w:spacing w:before="20" w:after="20" w:line="245" w:lineRule="auto"/>
            </w:pPr>
            <w:r>
              <w:rPr>
                <w:sz w:val="19"/>
              </w:rPr>
              <w:t>[Status]</w:t>
            </w:r>
          </w:p>
        </w:tc>
      </w:tr>
      <w:tr w:rsidR="0085501B" w14:paraId="5B813782" w14:textId="77777777">
        <w:trPr>
          <w:cantSplit/>
        </w:trPr>
        <w:tc>
          <w:tcPr>
            <w:tcW w:w="5904" w:type="dxa"/>
            <w:tcMar>
              <w:top w:w="55" w:type="dxa"/>
              <w:left w:w="55" w:type="dxa"/>
              <w:bottom w:w="55" w:type="dxa"/>
              <w:right w:w="55" w:type="dxa"/>
            </w:tcMar>
            <w:vAlign w:val="center"/>
          </w:tcPr>
          <w:p w14:paraId="7C742C88" w14:textId="5B42238B" w:rsidR="0085501B" w:rsidRDefault="00000000">
            <w:pPr>
              <w:spacing w:before="20" w:after="20" w:line="245" w:lineRule="auto"/>
            </w:pPr>
            <w:r>
              <w:rPr>
                <w:sz w:val="19"/>
              </w:rPr>
              <w:t>Confirm the panel, training and conflicts; reserve selection dates.</w:t>
            </w:r>
            <w:r w:rsidR="00FA6056">
              <w:rPr>
                <w:sz w:val="19"/>
              </w:rPr>
              <w:t xml:space="preserve"> (Link to Guie)</w:t>
            </w:r>
          </w:p>
        </w:tc>
        <w:tc>
          <w:tcPr>
            <w:tcW w:w="1152" w:type="dxa"/>
            <w:tcMar>
              <w:top w:w="55" w:type="dxa"/>
              <w:left w:w="55" w:type="dxa"/>
              <w:bottom w:w="55" w:type="dxa"/>
              <w:right w:w="55" w:type="dxa"/>
            </w:tcMar>
            <w:vAlign w:val="center"/>
          </w:tcPr>
          <w:p w14:paraId="0FDD5CDD" w14:textId="77777777" w:rsidR="0085501B" w:rsidRDefault="00000000">
            <w:pPr>
              <w:spacing w:before="20" w:after="20" w:line="245" w:lineRule="auto"/>
            </w:pPr>
            <w:r>
              <w:rPr>
                <w:sz w:val="19"/>
              </w:rPr>
              <w:t>[Date]</w:t>
            </w:r>
          </w:p>
        </w:tc>
        <w:tc>
          <w:tcPr>
            <w:tcW w:w="1584" w:type="dxa"/>
            <w:tcMar>
              <w:top w:w="55" w:type="dxa"/>
              <w:left w:w="55" w:type="dxa"/>
              <w:bottom w:w="55" w:type="dxa"/>
              <w:right w:w="55" w:type="dxa"/>
            </w:tcMar>
            <w:vAlign w:val="center"/>
          </w:tcPr>
          <w:p w14:paraId="3A403CB6" w14:textId="77777777" w:rsidR="0085501B" w:rsidRDefault="00000000">
            <w:pPr>
              <w:spacing w:before="20" w:after="20" w:line="245" w:lineRule="auto"/>
            </w:pPr>
            <w:r>
              <w:rPr>
                <w:sz w:val="19"/>
              </w:rPr>
              <w:t>[Name]</w:t>
            </w:r>
          </w:p>
        </w:tc>
        <w:tc>
          <w:tcPr>
            <w:tcW w:w="1584" w:type="dxa"/>
            <w:tcMar>
              <w:top w:w="55" w:type="dxa"/>
              <w:left w:w="55" w:type="dxa"/>
              <w:bottom w:w="55" w:type="dxa"/>
              <w:right w:w="55" w:type="dxa"/>
            </w:tcMar>
            <w:vAlign w:val="center"/>
          </w:tcPr>
          <w:p w14:paraId="4D65F552" w14:textId="77777777" w:rsidR="0085501B" w:rsidRDefault="00000000">
            <w:pPr>
              <w:spacing w:before="20" w:after="20" w:line="245" w:lineRule="auto"/>
            </w:pPr>
            <w:r>
              <w:rPr>
                <w:sz w:val="19"/>
              </w:rPr>
              <w:t>[Status]</w:t>
            </w:r>
          </w:p>
        </w:tc>
      </w:tr>
      <w:tr w:rsidR="0085501B" w14:paraId="75E8F67A" w14:textId="77777777">
        <w:trPr>
          <w:cantSplit/>
        </w:trPr>
        <w:tc>
          <w:tcPr>
            <w:tcW w:w="5904" w:type="dxa"/>
            <w:tcMar>
              <w:top w:w="55" w:type="dxa"/>
              <w:left w:w="55" w:type="dxa"/>
              <w:bottom w:w="55" w:type="dxa"/>
              <w:right w:w="55" w:type="dxa"/>
            </w:tcMar>
            <w:vAlign w:val="center"/>
          </w:tcPr>
          <w:p w14:paraId="073B6593" w14:textId="7458918B" w:rsidR="0085501B" w:rsidRDefault="00000000">
            <w:pPr>
              <w:spacing w:before="20" w:after="20" w:line="245" w:lineRule="auto"/>
            </w:pPr>
            <w:r>
              <w:rPr>
                <w:sz w:val="19"/>
              </w:rPr>
              <w:t>Agree criteria, scoring, questions and tasks; confirm bookings.</w:t>
            </w:r>
            <w:r w:rsidR="00FA6056">
              <w:rPr>
                <w:sz w:val="19"/>
              </w:rPr>
              <w:t xml:space="preserve"> (Link to guide)</w:t>
            </w:r>
          </w:p>
        </w:tc>
        <w:tc>
          <w:tcPr>
            <w:tcW w:w="1152" w:type="dxa"/>
            <w:tcMar>
              <w:top w:w="55" w:type="dxa"/>
              <w:left w:w="55" w:type="dxa"/>
              <w:bottom w:w="55" w:type="dxa"/>
              <w:right w:w="55" w:type="dxa"/>
            </w:tcMar>
            <w:vAlign w:val="center"/>
          </w:tcPr>
          <w:p w14:paraId="0CB468BC" w14:textId="77777777" w:rsidR="0085501B" w:rsidRDefault="00000000">
            <w:pPr>
              <w:spacing w:before="20" w:after="20" w:line="245" w:lineRule="auto"/>
            </w:pPr>
            <w:r>
              <w:rPr>
                <w:sz w:val="19"/>
              </w:rPr>
              <w:t>[Date]</w:t>
            </w:r>
          </w:p>
        </w:tc>
        <w:tc>
          <w:tcPr>
            <w:tcW w:w="1584" w:type="dxa"/>
            <w:tcMar>
              <w:top w:w="55" w:type="dxa"/>
              <w:left w:w="55" w:type="dxa"/>
              <w:bottom w:w="55" w:type="dxa"/>
              <w:right w:w="55" w:type="dxa"/>
            </w:tcMar>
            <w:vAlign w:val="center"/>
          </w:tcPr>
          <w:p w14:paraId="0022ADD9" w14:textId="77777777" w:rsidR="0085501B" w:rsidRDefault="00000000">
            <w:pPr>
              <w:spacing w:before="20" w:after="20" w:line="245" w:lineRule="auto"/>
            </w:pPr>
            <w:r>
              <w:rPr>
                <w:sz w:val="19"/>
              </w:rPr>
              <w:t>[Name]</w:t>
            </w:r>
          </w:p>
        </w:tc>
        <w:tc>
          <w:tcPr>
            <w:tcW w:w="1584" w:type="dxa"/>
            <w:tcMar>
              <w:top w:w="55" w:type="dxa"/>
              <w:left w:w="55" w:type="dxa"/>
              <w:bottom w:w="55" w:type="dxa"/>
              <w:right w:w="55" w:type="dxa"/>
            </w:tcMar>
            <w:vAlign w:val="center"/>
          </w:tcPr>
          <w:p w14:paraId="4D73FE20" w14:textId="77777777" w:rsidR="0085501B" w:rsidRDefault="00000000">
            <w:pPr>
              <w:spacing w:before="20" w:after="20" w:line="245" w:lineRule="auto"/>
            </w:pPr>
            <w:r>
              <w:rPr>
                <w:sz w:val="19"/>
              </w:rPr>
              <w:t>[Status]</w:t>
            </w:r>
          </w:p>
        </w:tc>
      </w:tr>
      <w:tr w:rsidR="0085501B" w14:paraId="63719878" w14:textId="77777777">
        <w:trPr>
          <w:cantSplit/>
        </w:trPr>
        <w:tc>
          <w:tcPr>
            <w:tcW w:w="5904" w:type="dxa"/>
            <w:tcMar>
              <w:top w:w="55" w:type="dxa"/>
              <w:left w:w="55" w:type="dxa"/>
              <w:bottom w:w="55" w:type="dxa"/>
              <w:right w:w="55" w:type="dxa"/>
            </w:tcMar>
            <w:vAlign w:val="center"/>
          </w:tcPr>
          <w:p w14:paraId="0544A148" w14:textId="77777777" w:rsidR="0085501B" w:rsidRDefault="00000000">
            <w:pPr>
              <w:spacing w:before="20" w:after="20" w:line="245" w:lineRule="auto"/>
            </w:pPr>
            <w:r>
              <w:rPr>
                <w:sz w:val="19"/>
              </w:rPr>
              <w:t>Publish and check the advert, application route and contact details.</w:t>
            </w:r>
          </w:p>
        </w:tc>
        <w:tc>
          <w:tcPr>
            <w:tcW w:w="1152" w:type="dxa"/>
            <w:tcMar>
              <w:top w:w="55" w:type="dxa"/>
              <w:left w:w="55" w:type="dxa"/>
              <w:bottom w:w="55" w:type="dxa"/>
              <w:right w:w="55" w:type="dxa"/>
            </w:tcMar>
            <w:vAlign w:val="center"/>
          </w:tcPr>
          <w:p w14:paraId="34EBFD7B" w14:textId="77777777" w:rsidR="0085501B" w:rsidRDefault="00000000">
            <w:pPr>
              <w:spacing w:before="20" w:after="20" w:line="245" w:lineRule="auto"/>
            </w:pPr>
            <w:r>
              <w:rPr>
                <w:sz w:val="19"/>
              </w:rPr>
              <w:t>[Date]</w:t>
            </w:r>
          </w:p>
        </w:tc>
        <w:tc>
          <w:tcPr>
            <w:tcW w:w="1584" w:type="dxa"/>
            <w:tcMar>
              <w:top w:w="55" w:type="dxa"/>
              <w:left w:w="55" w:type="dxa"/>
              <w:bottom w:w="55" w:type="dxa"/>
              <w:right w:w="55" w:type="dxa"/>
            </w:tcMar>
            <w:vAlign w:val="center"/>
          </w:tcPr>
          <w:p w14:paraId="5C68259C" w14:textId="77777777" w:rsidR="0085501B" w:rsidRDefault="00000000">
            <w:pPr>
              <w:spacing w:before="20" w:after="20" w:line="245" w:lineRule="auto"/>
            </w:pPr>
            <w:r>
              <w:rPr>
                <w:sz w:val="19"/>
              </w:rPr>
              <w:t>[Name]</w:t>
            </w:r>
          </w:p>
        </w:tc>
        <w:tc>
          <w:tcPr>
            <w:tcW w:w="1584" w:type="dxa"/>
            <w:tcMar>
              <w:top w:w="55" w:type="dxa"/>
              <w:left w:w="55" w:type="dxa"/>
              <w:bottom w:w="55" w:type="dxa"/>
              <w:right w:w="55" w:type="dxa"/>
            </w:tcMar>
            <w:vAlign w:val="center"/>
          </w:tcPr>
          <w:p w14:paraId="2277A7EB" w14:textId="77777777" w:rsidR="0085501B" w:rsidRDefault="00000000">
            <w:pPr>
              <w:spacing w:before="20" w:after="20" w:line="245" w:lineRule="auto"/>
            </w:pPr>
            <w:r>
              <w:rPr>
                <w:sz w:val="19"/>
              </w:rPr>
              <w:t>[Status]</w:t>
            </w:r>
          </w:p>
        </w:tc>
      </w:tr>
      <w:tr w:rsidR="0085501B" w14:paraId="300830A0" w14:textId="77777777">
        <w:trPr>
          <w:cantSplit/>
        </w:trPr>
        <w:tc>
          <w:tcPr>
            <w:tcW w:w="5904" w:type="dxa"/>
            <w:tcMar>
              <w:top w:w="55" w:type="dxa"/>
              <w:left w:w="55" w:type="dxa"/>
              <w:bottom w:w="55" w:type="dxa"/>
              <w:right w:w="55" w:type="dxa"/>
            </w:tcMar>
            <w:vAlign w:val="center"/>
          </w:tcPr>
          <w:p w14:paraId="17F312FB" w14:textId="77777777" w:rsidR="0085501B" w:rsidRDefault="00000000">
            <w:pPr>
              <w:spacing w:before="20" w:after="20" w:line="245" w:lineRule="auto"/>
            </w:pPr>
            <w:r>
              <w:rPr>
                <w:sz w:val="19"/>
              </w:rPr>
              <w:t>Review the applicant response and agree any additional attraction activity.</w:t>
            </w:r>
          </w:p>
        </w:tc>
        <w:tc>
          <w:tcPr>
            <w:tcW w:w="1152" w:type="dxa"/>
            <w:tcMar>
              <w:top w:w="55" w:type="dxa"/>
              <w:left w:w="55" w:type="dxa"/>
              <w:bottom w:w="55" w:type="dxa"/>
              <w:right w:w="55" w:type="dxa"/>
            </w:tcMar>
            <w:vAlign w:val="center"/>
          </w:tcPr>
          <w:p w14:paraId="632BE36D" w14:textId="77777777" w:rsidR="0085501B" w:rsidRDefault="00000000">
            <w:pPr>
              <w:spacing w:before="20" w:after="20" w:line="245" w:lineRule="auto"/>
            </w:pPr>
            <w:r>
              <w:rPr>
                <w:sz w:val="19"/>
              </w:rPr>
              <w:t>[Date]</w:t>
            </w:r>
          </w:p>
        </w:tc>
        <w:tc>
          <w:tcPr>
            <w:tcW w:w="1584" w:type="dxa"/>
            <w:tcMar>
              <w:top w:w="55" w:type="dxa"/>
              <w:left w:w="55" w:type="dxa"/>
              <w:bottom w:w="55" w:type="dxa"/>
              <w:right w:w="55" w:type="dxa"/>
            </w:tcMar>
            <w:vAlign w:val="center"/>
          </w:tcPr>
          <w:p w14:paraId="25C0A7F0" w14:textId="77777777" w:rsidR="0085501B" w:rsidRDefault="00000000">
            <w:pPr>
              <w:spacing w:before="20" w:after="20" w:line="245" w:lineRule="auto"/>
            </w:pPr>
            <w:r>
              <w:rPr>
                <w:sz w:val="19"/>
              </w:rPr>
              <w:t>[Name]</w:t>
            </w:r>
          </w:p>
        </w:tc>
        <w:tc>
          <w:tcPr>
            <w:tcW w:w="1584" w:type="dxa"/>
            <w:tcMar>
              <w:top w:w="55" w:type="dxa"/>
              <w:left w:w="55" w:type="dxa"/>
              <w:bottom w:w="55" w:type="dxa"/>
              <w:right w:w="55" w:type="dxa"/>
            </w:tcMar>
            <w:vAlign w:val="center"/>
          </w:tcPr>
          <w:p w14:paraId="6AF765C5" w14:textId="77777777" w:rsidR="0085501B" w:rsidRDefault="00000000">
            <w:pPr>
              <w:spacing w:before="20" w:after="20" w:line="245" w:lineRule="auto"/>
            </w:pPr>
            <w:r>
              <w:rPr>
                <w:sz w:val="19"/>
              </w:rPr>
              <w:t>[Status]</w:t>
            </w:r>
          </w:p>
        </w:tc>
      </w:tr>
      <w:tr w:rsidR="0085501B" w14:paraId="71F4CCCF" w14:textId="77777777">
        <w:trPr>
          <w:cantSplit/>
        </w:trPr>
        <w:tc>
          <w:tcPr>
            <w:tcW w:w="5904" w:type="dxa"/>
            <w:tcMar>
              <w:top w:w="55" w:type="dxa"/>
              <w:left w:w="55" w:type="dxa"/>
              <w:bottom w:w="55" w:type="dxa"/>
              <w:right w:w="55" w:type="dxa"/>
            </w:tcMar>
            <w:vAlign w:val="center"/>
          </w:tcPr>
          <w:p w14:paraId="453E3FEB" w14:textId="1F00A577" w:rsidR="0085501B" w:rsidRDefault="005151C1">
            <w:pPr>
              <w:spacing w:before="20" w:after="20" w:line="245" w:lineRule="auto"/>
            </w:pPr>
            <w:r>
              <w:rPr>
                <w:sz w:val="19"/>
              </w:rPr>
              <w:t>Ensure</w:t>
            </w:r>
            <w:r w:rsidR="00000000">
              <w:rPr>
                <w:sz w:val="19"/>
              </w:rPr>
              <w:t xml:space="preserve"> authorised reviewers</w:t>
            </w:r>
            <w:r>
              <w:rPr>
                <w:sz w:val="19"/>
              </w:rPr>
              <w:t xml:space="preserve"> have</w:t>
            </w:r>
            <w:r w:rsidR="00000000">
              <w:rPr>
                <w:sz w:val="19"/>
              </w:rPr>
              <w:t xml:space="preserve"> secure access to applications.</w:t>
            </w:r>
          </w:p>
        </w:tc>
        <w:tc>
          <w:tcPr>
            <w:tcW w:w="1152" w:type="dxa"/>
            <w:tcMar>
              <w:top w:w="55" w:type="dxa"/>
              <w:left w:w="55" w:type="dxa"/>
              <w:bottom w:w="55" w:type="dxa"/>
              <w:right w:w="55" w:type="dxa"/>
            </w:tcMar>
            <w:vAlign w:val="center"/>
          </w:tcPr>
          <w:p w14:paraId="0026F364" w14:textId="77777777" w:rsidR="0085501B" w:rsidRDefault="00000000">
            <w:pPr>
              <w:spacing w:before="20" w:after="20" w:line="245" w:lineRule="auto"/>
            </w:pPr>
            <w:r>
              <w:rPr>
                <w:sz w:val="19"/>
              </w:rPr>
              <w:t>[Date]</w:t>
            </w:r>
          </w:p>
        </w:tc>
        <w:tc>
          <w:tcPr>
            <w:tcW w:w="1584" w:type="dxa"/>
            <w:tcMar>
              <w:top w:w="55" w:type="dxa"/>
              <w:left w:w="55" w:type="dxa"/>
              <w:bottom w:w="55" w:type="dxa"/>
              <w:right w:w="55" w:type="dxa"/>
            </w:tcMar>
            <w:vAlign w:val="center"/>
          </w:tcPr>
          <w:p w14:paraId="7153EEB5" w14:textId="77777777" w:rsidR="0085501B" w:rsidRDefault="00000000">
            <w:pPr>
              <w:spacing w:before="20" w:after="20" w:line="245" w:lineRule="auto"/>
            </w:pPr>
            <w:r>
              <w:rPr>
                <w:sz w:val="19"/>
              </w:rPr>
              <w:t>[Name]</w:t>
            </w:r>
          </w:p>
        </w:tc>
        <w:tc>
          <w:tcPr>
            <w:tcW w:w="1584" w:type="dxa"/>
            <w:tcMar>
              <w:top w:w="55" w:type="dxa"/>
              <w:left w:w="55" w:type="dxa"/>
              <w:bottom w:w="55" w:type="dxa"/>
              <w:right w:w="55" w:type="dxa"/>
            </w:tcMar>
            <w:vAlign w:val="center"/>
          </w:tcPr>
          <w:p w14:paraId="3BF99C7A" w14:textId="77777777" w:rsidR="0085501B" w:rsidRDefault="00000000">
            <w:pPr>
              <w:spacing w:before="20" w:after="20" w:line="245" w:lineRule="auto"/>
            </w:pPr>
            <w:r>
              <w:rPr>
                <w:sz w:val="19"/>
              </w:rPr>
              <w:t>[Status]</w:t>
            </w:r>
          </w:p>
        </w:tc>
      </w:tr>
      <w:tr w:rsidR="0085501B" w14:paraId="161238B9" w14:textId="77777777">
        <w:trPr>
          <w:cantSplit/>
        </w:trPr>
        <w:tc>
          <w:tcPr>
            <w:tcW w:w="5904" w:type="dxa"/>
            <w:tcMar>
              <w:top w:w="55" w:type="dxa"/>
              <w:left w:w="55" w:type="dxa"/>
              <w:bottom w:w="55" w:type="dxa"/>
              <w:right w:w="55" w:type="dxa"/>
            </w:tcMar>
            <w:vAlign w:val="center"/>
          </w:tcPr>
          <w:p w14:paraId="57620EE5" w14:textId="02CACADD" w:rsidR="0085501B" w:rsidRDefault="00000000">
            <w:pPr>
              <w:spacing w:before="20" w:after="20" w:line="245" w:lineRule="auto"/>
            </w:pPr>
            <w:r>
              <w:rPr>
                <w:sz w:val="19"/>
              </w:rPr>
              <w:t>Complete individual assessments and hold the shortlisting meeting; record evidence and decisions.</w:t>
            </w:r>
            <w:r w:rsidR="00FE745B">
              <w:rPr>
                <w:sz w:val="19"/>
              </w:rPr>
              <w:t xml:space="preserve"> (link to guide and template)</w:t>
            </w:r>
          </w:p>
        </w:tc>
        <w:tc>
          <w:tcPr>
            <w:tcW w:w="1152" w:type="dxa"/>
            <w:tcMar>
              <w:top w:w="55" w:type="dxa"/>
              <w:left w:w="55" w:type="dxa"/>
              <w:bottom w:w="55" w:type="dxa"/>
              <w:right w:w="55" w:type="dxa"/>
            </w:tcMar>
            <w:vAlign w:val="center"/>
          </w:tcPr>
          <w:p w14:paraId="67E23E08" w14:textId="77777777" w:rsidR="0085501B" w:rsidRDefault="00000000">
            <w:pPr>
              <w:spacing w:before="20" w:after="20" w:line="245" w:lineRule="auto"/>
            </w:pPr>
            <w:r>
              <w:rPr>
                <w:sz w:val="19"/>
              </w:rPr>
              <w:t>[Date]</w:t>
            </w:r>
          </w:p>
        </w:tc>
        <w:tc>
          <w:tcPr>
            <w:tcW w:w="1584" w:type="dxa"/>
            <w:tcMar>
              <w:top w:w="55" w:type="dxa"/>
              <w:left w:w="55" w:type="dxa"/>
              <w:bottom w:w="55" w:type="dxa"/>
              <w:right w:w="55" w:type="dxa"/>
            </w:tcMar>
            <w:vAlign w:val="center"/>
          </w:tcPr>
          <w:p w14:paraId="6D72A6C0" w14:textId="77777777" w:rsidR="0085501B" w:rsidRDefault="00000000">
            <w:pPr>
              <w:spacing w:before="20" w:after="20" w:line="245" w:lineRule="auto"/>
            </w:pPr>
            <w:r>
              <w:rPr>
                <w:sz w:val="19"/>
              </w:rPr>
              <w:t>[Name]</w:t>
            </w:r>
          </w:p>
        </w:tc>
        <w:tc>
          <w:tcPr>
            <w:tcW w:w="1584" w:type="dxa"/>
            <w:tcMar>
              <w:top w:w="55" w:type="dxa"/>
              <w:left w:w="55" w:type="dxa"/>
              <w:bottom w:w="55" w:type="dxa"/>
              <w:right w:w="55" w:type="dxa"/>
            </w:tcMar>
            <w:vAlign w:val="center"/>
          </w:tcPr>
          <w:p w14:paraId="6273F887" w14:textId="77777777" w:rsidR="0085501B" w:rsidRDefault="00000000">
            <w:pPr>
              <w:spacing w:before="20" w:after="20" w:line="245" w:lineRule="auto"/>
            </w:pPr>
            <w:r>
              <w:rPr>
                <w:sz w:val="19"/>
              </w:rPr>
              <w:t>[Status]</w:t>
            </w:r>
          </w:p>
        </w:tc>
      </w:tr>
      <w:tr w:rsidR="0085501B" w14:paraId="37DEC573" w14:textId="77777777">
        <w:trPr>
          <w:cantSplit/>
        </w:trPr>
        <w:tc>
          <w:tcPr>
            <w:tcW w:w="5904" w:type="dxa"/>
            <w:tcMar>
              <w:top w:w="55" w:type="dxa"/>
              <w:left w:w="55" w:type="dxa"/>
              <w:bottom w:w="55" w:type="dxa"/>
              <w:right w:w="55" w:type="dxa"/>
            </w:tcMar>
            <w:vAlign w:val="center"/>
          </w:tcPr>
          <w:p w14:paraId="5416D757" w14:textId="648E10A7" w:rsidR="0085501B" w:rsidRDefault="00000000">
            <w:pPr>
              <w:spacing w:before="20" w:after="20" w:line="245" w:lineRule="auto"/>
            </w:pPr>
            <w:r>
              <w:rPr>
                <w:sz w:val="19"/>
              </w:rPr>
              <w:t>Notify applicants of outcomes; send interview invitations and assessment details.</w:t>
            </w:r>
            <w:r w:rsidR="002A20FD">
              <w:rPr>
                <w:sz w:val="19"/>
              </w:rPr>
              <w:t xml:space="preserve"> (link to guide and templates)</w:t>
            </w:r>
          </w:p>
        </w:tc>
        <w:tc>
          <w:tcPr>
            <w:tcW w:w="1152" w:type="dxa"/>
            <w:tcMar>
              <w:top w:w="55" w:type="dxa"/>
              <w:left w:w="55" w:type="dxa"/>
              <w:bottom w:w="55" w:type="dxa"/>
              <w:right w:w="55" w:type="dxa"/>
            </w:tcMar>
            <w:vAlign w:val="center"/>
          </w:tcPr>
          <w:p w14:paraId="0B4FFF0C" w14:textId="77777777" w:rsidR="0085501B" w:rsidRDefault="00000000">
            <w:pPr>
              <w:spacing w:before="20" w:after="20" w:line="245" w:lineRule="auto"/>
            </w:pPr>
            <w:r>
              <w:rPr>
                <w:sz w:val="19"/>
              </w:rPr>
              <w:t>[Date]</w:t>
            </w:r>
          </w:p>
        </w:tc>
        <w:tc>
          <w:tcPr>
            <w:tcW w:w="1584" w:type="dxa"/>
            <w:tcMar>
              <w:top w:w="55" w:type="dxa"/>
              <w:left w:w="55" w:type="dxa"/>
              <w:bottom w:w="55" w:type="dxa"/>
              <w:right w:w="55" w:type="dxa"/>
            </w:tcMar>
            <w:vAlign w:val="center"/>
          </w:tcPr>
          <w:p w14:paraId="16F82C0E" w14:textId="77777777" w:rsidR="0085501B" w:rsidRDefault="00000000">
            <w:pPr>
              <w:spacing w:before="20" w:after="20" w:line="245" w:lineRule="auto"/>
            </w:pPr>
            <w:r>
              <w:rPr>
                <w:sz w:val="19"/>
              </w:rPr>
              <w:t>[Name]</w:t>
            </w:r>
          </w:p>
        </w:tc>
        <w:tc>
          <w:tcPr>
            <w:tcW w:w="1584" w:type="dxa"/>
            <w:tcMar>
              <w:top w:w="55" w:type="dxa"/>
              <w:left w:w="55" w:type="dxa"/>
              <w:bottom w:w="55" w:type="dxa"/>
              <w:right w:w="55" w:type="dxa"/>
            </w:tcMar>
            <w:vAlign w:val="center"/>
          </w:tcPr>
          <w:p w14:paraId="49BECD82" w14:textId="77777777" w:rsidR="0085501B" w:rsidRDefault="00000000">
            <w:pPr>
              <w:spacing w:before="20" w:after="20" w:line="245" w:lineRule="auto"/>
            </w:pPr>
            <w:r>
              <w:rPr>
                <w:sz w:val="19"/>
              </w:rPr>
              <w:t>[Status]</w:t>
            </w:r>
          </w:p>
        </w:tc>
      </w:tr>
      <w:tr w:rsidR="0085501B" w14:paraId="6D1FFC48" w14:textId="77777777">
        <w:trPr>
          <w:cantSplit/>
        </w:trPr>
        <w:tc>
          <w:tcPr>
            <w:tcW w:w="5904" w:type="dxa"/>
            <w:tcMar>
              <w:top w:w="55" w:type="dxa"/>
              <w:left w:w="55" w:type="dxa"/>
              <w:bottom w:w="55" w:type="dxa"/>
              <w:right w:w="55" w:type="dxa"/>
            </w:tcMar>
            <w:vAlign w:val="center"/>
          </w:tcPr>
          <w:p w14:paraId="7849A2B8" w14:textId="6E339749" w:rsidR="0085501B" w:rsidRDefault="00000000">
            <w:pPr>
              <w:spacing w:before="20" w:after="20" w:line="245" w:lineRule="auto"/>
            </w:pPr>
            <w:r>
              <w:rPr>
                <w:sz w:val="19"/>
              </w:rPr>
              <w:t>Confirm reasonable adjustments and preparation materials; finalise the schedule and panel pack.</w:t>
            </w:r>
            <w:r w:rsidR="002A20FD">
              <w:rPr>
                <w:sz w:val="19"/>
              </w:rPr>
              <w:t xml:space="preserve"> (link to guide and templates)</w:t>
            </w:r>
          </w:p>
        </w:tc>
        <w:tc>
          <w:tcPr>
            <w:tcW w:w="1152" w:type="dxa"/>
            <w:tcMar>
              <w:top w:w="55" w:type="dxa"/>
              <w:left w:w="55" w:type="dxa"/>
              <w:bottom w:w="55" w:type="dxa"/>
              <w:right w:w="55" w:type="dxa"/>
            </w:tcMar>
            <w:vAlign w:val="center"/>
          </w:tcPr>
          <w:p w14:paraId="3BF453CC" w14:textId="77777777" w:rsidR="0085501B" w:rsidRDefault="00000000">
            <w:pPr>
              <w:spacing w:before="20" w:after="20" w:line="245" w:lineRule="auto"/>
            </w:pPr>
            <w:r>
              <w:rPr>
                <w:sz w:val="19"/>
              </w:rPr>
              <w:t>[Date]</w:t>
            </w:r>
          </w:p>
        </w:tc>
        <w:tc>
          <w:tcPr>
            <w:tcW w:w="1584" w:type="dxa"/>
            <w:tcMar>
              <w:top w:w="55" w:type="dxa"/>
              <w:left w:w="55" w:type="dxa"/>
              <w:bottom w:w="55" w:type="dxa"/>
              <w:right w:w="55" w:type="dxa"/>
            </w:tcMar>
            <w:vAlign w:val="center"/>
          </w:tcPr>
          <w:p w14:paraId="273F82C4" w14:textId="77777777" w:rsidR="0085501B" w:rsidRDefault="00000000">
            <w:pPr>
              <w:spacing w:before="20" w:after="20" w:line="245" w:lineRule="auto"/>
            </w:pPr>
            <w:r>
              <w:rPr>
                <w:sz w:val="19"/>
              </w:rPr>
              <w:t>[Name]</w:t>
            </w:r>
          </w:p>
        </w:tc>
        <w:tc>
          <w:tcPr>
            <w:tcW w:w="1584" w:type="dxa"/>
            <w:tcMar>
              <w:top w:w="55" w:type="dxa"/>
              <w:left w:w="55" w:type="dxa"/>
              <w:bottom w:w="55" w:type="dxa"/>
              <w:right w:w="55" w:type="dxa"/>
            </w:tcMar>
            <w:vAlign w:val="center"/>
          </w:tcPr>
          <w:p w14:paraId="4A8861E2" w14:textId="77777777" w:rsidR="0085501B" w:rsidRDefault="00000000">
            <w:pPr>
              <w:spacing w:before="20" w:after="20" w:line="245" w:lineRule="auto"/>
            </w:pPr>
            <w:r>
              <w:rPr>
                <w:sz w:val="19"/>
              </w:rPr>
              <w:t>[Status]</w:t>
            </w:r>
          </w:p>
        </w:tc>
      </w:tr>
      <w:tr w:rsidR="0085501B" w14:paraId="2E0CBAD7" w14:textId="77777777">
        <w:trPr>
          <w:cantSplit/>
        </w:trPr>
        <w:tc>
          <w:tcPr>
            <w:tcW w:w="5904" w:type="dxa"/>
            <w:tcMar>
              <w:top w:w="55" w:type="dxa"/>
              <w:left w:w="55" w:type="dxa"/>
              <w:bottom w:w="55" w:type="dxa"/>
              <w:right w:w="55" w:type="dxa"/>
            </w:tcMar>
            <w:vAlign w:val="center"/>
          </w:tcPr>
          <w:p w14:paraId="7F1E468C" w14:textId="45DB77E1" w:rsidR="0085501B" w:rsidRDefault="00000000">
            <w:pPr>
              <w:spacing w:before="20" w:after="20" w:line="245" w:lineRule="auto"/>
            </w:pPr>
            <w:r>
              <w:rPr>
                <w:sz w:val="19"/>
              </w:rPr>
              <w:t>Brief the panel and conduct assessments; record scores and evidence consistently.</w:t>
            </w:r>
            <w:r w:rsidR="002A20FD">
              <w:rPr>
                <w:sz w:val="19"/>
              </w:rPr>
              <w:t xml:space="preserve"> (Link to guide and templates)</w:t>
            </w:r>
          </w:p>
        </w:tc>
        <w:tc>
          <w:tcPr>
            <w:tcW w:w="1152" w:type="dxa"/>
            <w:tcMar>
              <w:top w:w="55" w:type="dxa"/>
              <w:left w:w="55" w:type="dxa"/>
              <w:bottom w:w="55" w:type="dxa"/>
              <w:right w:w="55" w:type="dxa"/>
            </w:tcMar>
            <w:vAlign w:val="center"/>
          </w:tcPr>
          <w:p w14:paraId="47855462" w14:textId="77777777" w:rsidR="0085501B" w:rsidRDefault="00000000">
            <w:pPr>
              <w:spacing w:before="20" w:after="20" w:line="245" w:lineRule="auto"/>
            </w:pPr>
            <w:r>
              <w:rPr>
                <w:sz w:val="19"/>
              </w:rPr>
              <w:t>[Date]</w:t>
            </w:r>
          </w:p>
        </w:tc>
        <w:tc>
          <w:tcPr>
            <w:tcW w:w="1584" w:type="dxa"/>
            <w:tcMar>
              <w:top w:w="55" w:type="dxa"/>
              <w:left w:w="55" w:type="dxa"/>
              <w:bottom w:w="55" w:type="dxa"/>
              <w:right w:w="55" w:type="dxa"/>
            </w:tcMar>
            <w:vAlign w:val="center"/>
          </w:tcPr>
          <w:p w14:paraId="61030040" w14:textId="77777777" w:rsidR="0085501B" w:rsidRDefault="00000000">
            <w:pPr>
              <w:spacing w:before="20" w:after="20" w:line="245" w:lineRule="auto"/>
            </w:pPr>
            <w:r>
              <w:rPr>
                <w:sz w:val="19"/>
              </w:rPr>
              <w:t>[Name]</w:t>
            </w:r>
          </w:p>
        </w:tc>
        <w:tc>
          <w:tcPr>
            <w:tcW w:w="1584" w:type="dxa"/>
            <w:tcMar>
              <w:top w:w="55" w:type="dxa"/>
              <w:left w:w="55" w:type="dxa"/>
              <w:bottom w:w="55" w:type="dxa"/>
              <w:right w:w="55" w:type="dxa"/>
            </w:tcMar>
            <w:vAlign w:val="center"/>
          </w:tcPr>
          <w:p w14:paraId="4B2D907C" w14:textId="77777777" w:rsidR="0085501B" w:rsidRDefault="00000000">
            <w:pPr>
              <w:spacing w:before="20" w:after="20" w:line="245" w:lineRule="auto"/>
            </w:pPr>
            <w:r>
              <w:rPr>
                <w:sz w:val="19"/>
              </w:rPr>
              <w:t>[Status]</w:t>
            </w:r>
          </w:p>
        </w:tc>
      </w:tr>
      <w:tr w:rsidR="0085501B" w14:paraId="77150406" w14:textId="77777777">
        <w:trPr>
          <w:cantSplit/>
        </w:trPr>
        <w:tc>
          <w:tcPr>
            <w:tcW w:w="5904" w:type="dxa"/>
            <w:tcMar>
              <w:top w:w="55" w:type="dxa"/>
              <w:left w:w="55" w:type="dxa"/>
              <w:bottom w:w="55" w:type="dxa"/>
              <w:right w:w="55" w:type="dxa"/>
            </w:tcMar>
            <w:vAlign w:val="center"/>
          </w:tcPr>
          <w:p w14:paraId="3968A31F" w14:textId="77777777" w:rsidR="0085501B" w:rsidRDefault="00000000">
            <w:pPr>
              <w:spacing w:before="20" w:after="20" w:line="245" w:lineRule="auto"/>
            </w:pPr>
            <w:r>
              <w:rPr>
                <w:sz w:val="19"/>
              </w:rPr>
              <w:t>Hold the decision meeting; agree the preferred candidate and record the appointment rationale.</w:t>
            </w:r>
          </w:p>
        </w:tc>
        <w:tc>
          <w:tcPr>
            <w:tcW w:w="1152" w:type="dxa"/>
            <w:tcMar>
              <w:top w:w="55" w:type="dxa"/>
              <w:left w:w="55" w:type="dxa"/>
              <w:bottom w:w="55" w:type="dxa"/>
              <w:right w:w="55" w:type="dxa"/>
            </w:tcMar>
            <w:vAlign w:val="center"/>
          </w:tcPr>
          <w:p w14:paraId="7E46AE01" w14:textId="77777777" w:rsidR="0085501B" w:rsidRDefault="00000000">
            <w:pPr>
              <w:spacing w:before="20" w:after="20" w:line="245" w:lineRule="auto"/>
            </w:pPr>
            <w:r>
              <w:rPr>
                <w:sz w:val="19"/>
              </w:rPr>
              <w:t>[Date]</w:t>
            </w:r>
          </w:p>
        </w:tc>
        <w:tc>
          <w:tcPr>
            <w:tcW w:w="1584" w:type="dxa"/>
            <w:tcMar>
              <w:top w:w="55" w:type="dxa"/>
              <w:left w:w="55" w:type="dxa"/>
              <w:bottom w:w="55" w:type="dxa"/>
              <w:right w:w="55" w:type="dxa"/>
            </w:tcMar>
            <w:vAlign w:val="center"/>
          </w:tcPr>
          <w:p w14:paraId="788E6315" w14:textId="77777777" w:rsidR="0085501B" w:rsidRDefault="00000000">
            <w:pPr>
              <w:spacing w:before="20" w:after="20" w:line="245" w:lineRule="auto"/>
            </w:pPr>
            <w:r>
              <w:rPr>
                <w:sz w:val="19"/>
              </w:rPr>
              <w:t>[Name]</w:t>
            </w:r>
          </w:p>
        </w:tc>
        <w:tc>
          <w:tcPr>
            <w:tcW w:w="1584" w:type="dxa"/>
            <w:tcMar>
              <w:top w:w="55" w:type="dxa"/>
              <w:left w:w="55" w:type="dxa"/>
              <w:bottom w:w="55" w:type="dxa"/>
              <w:right w:w="55" w:type="dxa"/>
            </w:tcMar>
            <w:vAlign w:val="center"/>
          </w:tcPr>
          <w:p w14:paraId="097C0D40" w14:textId="77777777" w:rsidR="0085501B" w:rsidRDefault="00000000">
            <w:pPr>
              <w:spacing w:before="20" w:after="20" w:line="245" w:lineRule="auto"/>
            </w:pPr>
            <w:r>
              <w:rPr>
                <w:sz w:val="19"/>
              </w:rPr>
              <w:t>[Status]</w:t>
            </w:r>
          </w:p>
        </w:tc>
      </w:tr>
      <w:tr w:rsidR="0085501B" w14:paraId="6373F611" w14:textId="77777777">
        <w:trPr>
          <w:cantSplit/>
        </w:trPr>
        <w:tc>
          <w:tcPr>
            <w:tcW w:w="5904" w:type="dxa"/>
            <w:tcMar>
              <w:top w:w="55" w:type="dxa"/>
              <w:left w:w="55" w:type="dxa"/>
              <w:bottom w:w="55" w:type="dxa"/>
              <w:right w:w="55" w:type="dxa"/>
            </w:tcMar>
            <w:vAlign w:val="center"/>
          </w:tcPr>
          <w:p w14:paraId="7C4847B9" w14:textId="77777777" w:rsidR="0085501B" w:rsidRDefault="00000000">
            <w:pPr>
              <w:spacing w:before="20" w:after="20" w:line="245" w:lineRule="auto"/>
            </w:pPr>
            <w:r>
              <w:rPr>
                <w:sz w:val="19"/>
              </w:rPr>
              <w:t>Confirm offer approvals and authorised terms; progress the offer through the agreed route.</w:t>
            </w:r>
          </w:p>
        </w:tc>
        <w:tc>
          <w:tcPr>
            <w:tcW w:w="1152" w:type="dxa"/>
            <w:tcMar>
              <w:top w:w="55" w:type="dxa"/>
              <w:left w:w="55" w:type="dxa"/>
              <w:bottom w:w="55" w:type="dxa"/>
              <w:right w:w="55" w:type="dxa"/>
            </w:tcMar>
            <w:vAlign w:val="center"/>
          </w:tcPr>
          <w:p w14:paraId="7BF4739F" w14:textId="77777777" w:rsidR="0085501B" w:rsidRDefault="00000000">
            <w:pPr>
              <w:spacing w:before="20" w:after="20" w:line="245" w:lineRule="auto"/>
            </w:pPr>
            <w:r>
              <w:rPr>
                <w:sz w:val="19"/>
              </w:rPr>
              <w:t>[Date]</w:t>
            </w:r>
          </w:p>
        </w:tc>
        <w:tc>
          <w:tcPr>
            <w:tcW w:w="1584" w:type="dxa"/>
            <w:tcMar>
              <w:top w:w="55" w:type="dxa"/>
              <w:left w:w="55" w:type="dxa"/>
              <w:bottom w:w="55" w:type="dxa"/>
              <w:right w:w="55" w:type="dxa"/>
            </w:tcMar>
            <w:vAlign w:val="center"/>
          </w:tcPr>
          <w:p w14:paraId="6C049EDC" w14:textId="77777777" w:rsidR="0085501B" w:rsidRDefault="00000000">
            <w:pPr>
              <w:spacing w:before="20" w:after="20" w:line="245" w:lineRule="auto"/>
            </w:pPr>
            <w:r>
              <w:rPr>
                <w:sz w:val="19"/>
              </w:rPr>
              <w:t>[Name]</w:t>
            </w:r>
          </w:p>
        </w:tc>
        <w:tc>
          <w:tcPr>
            <w:tcW w:w="1584" w:type="dxa"/>
            <w:tcMar>
              <w:top w:w="55" w:type="dxa"/>
              <w:left w:w="55" w:type="dxa"/>
              <w:bottom w:w="55" w:type="dxa"/>
              <w:right w:w="55" w:type="dxa"/>
            </w:tcMar>
            <w:vAlign w:val="center"/>
          </w:tcPr>
          <w:p w14:paraId="084F40C2" w14:textId="77777777" w:rsidR="0085501B" w:rsidRDefault="00000000">
            <w:pPr>
              <w:spacing w:before="20" w:after="20" w:line="245" w:lineRule="auto"/>
            </w:pPr>
            <w:r>
              <w:rPr>
                <w:sz w:val="19"/>
              </w:rPr>
              <w:t>[Status]</w:t>
            </w:r>
          </w:p>
        </w:tc>
      </w:tr>
      <w:tr w:rsidR="0085501B" w14:paraId="1D96897E" w14:textId="77777777">
        <w:trPr>
          <w:cantSplit/>
        </w:trPr>
        <w:tc>
          <w:tcPr>
            <w:tcW w:w="5904" w:type="dxa"/>
            <w:tcMar>
              <w:top w:w="55" w:type="dxa"/>
              <w:left w:w="55" w:type="dxa"/>
              <w:bottom w:w="55" w:type="dxa"/>
              <w:right w:w="55" w:type="dxa"/>
            </w:tcMar>
            <w:vAlign w:val="center"/>
          </w:tcPr>
          <w:p w14:paraId="72B3CEBA" w14:textId="57287615" w:rsidR="0085501B" w:rsidRDefault="00000000">
            <w:pPr>
              <w:spacing w:before="20" w:after="20" w:line="245" w:lineRule="auto"/>
            </w:pPr>
            <w:r>
              <w:rPr>
                <w:sz w:val="19"/>
              </w:rPr>
              <w:t>Provide outcomes and feedback to unsuccessful interviewed candidates at the agreed point.</w:t>
            </w:r>
            <w:r w:rsidR="009F5C05">
              <w:rPr>
                <w:sz w:val="19"/>
              </w:rPr>
              <w:t xml:space="preserve"> (Link to template)</w:t>
            </w:r>
          </w:p>
        </w:tc>
        <w:tc>
          <w:tcPr>
            <w:tcW w:w="1152" w:type="dxa"/>
            <w:tcMar>
              <w:top w:w="55" w:type="dxa"/>
              <w:left w:w="55" w:type="dxa"/>
              <w:bottom w:w="55" w:type="dxa"/>
              <w:right w:w="55" w:type="dxa"/>
            </w:tcMar>
            <w:vAlign w:val="center"/>
          </w:tcPr>
          <w:p w14:paraId="770EACA1" w14:textId="77777777" w:rsidR="0085501B" w:rsidRDefault="00000000">
            <w:pPr>
              <w:spacing w:before="20" w:after="20" w:line="245" w:lineRule="auto"/>
            </w:pPr>
            <w:r>
              <w:rPr>
                <w:sz w:val="19"/>
              </w:rPr>
              <w:t>[Date]</w:t>
            </w:r>
          </w:p>
        </w:tc>
        <w:tc>
          <w:tcPr>
            <w:tcW w:w="1584" w:type="dxa"/>
            <w:tcMar>
              <w:top w:w="55" w:type="dxa"/>
              <w:left w:w="55" w:type="dxa"/>
              <w:bottom w:w="55" w:type="dxa"/>
              <w:right w:w="55" w:type="dxa"/>
            </w:tcMar>
            <w:vAlign w:val="center"/>
          </w:tcPr>
          <w:p w14:paraId="09018E75" w14:textId="77777777" w:rsidR="0085501B" w:rsidRDefault="00000000">
            <w:pPr>
              <w:spacing w:before="20" w:after="20" w:line="245" w:lineRule="auto"/>
            </w:pPr>
            <w:r>
              <w:rPr>
                <w:sz w:val="19"/>
              </w:rPr>
              <w:t>[Name]</w:t>
            </w:r>
          </w:p>
        </w:tc>
        <w:tc>
          <w:tcPr>
            <w:tcW w:w="1584" w:type="dxa"/>
            <w:tcMar>
              <w:top w:w="55" w:type="dxa"/>
              <w:left w:w="55" w:type="dxa"/>
              <w:bottom w:w="55" w:type="dxa"/>
              <w:right w:w="55" w:type="dxa"/>
            </w:tcMar>
            <w:vAlign w:val="center"/>
          </w:tcPr>
          <w:p w14:paraId="1BC2DC9F" w14:textId="77777777" w:rsidR="0085501B" w:rsidRDefault="00000000">
            <w:pPr>
              <w:spacing w:before="20" w:after="20" w:line="245" w:lineRule="auto"/>
            </w:pPr>
            <w:r>
              <w:rPr>
                <w:sz w:val="19"/>
              </w:rPr>
              <w:t>[Status]</w:t>
            </w:r>
          </w:p>
        </w:tc>
      </w:tr>
      <w:tr w:rsidR="0085501B" w14:paraId="0D5F0FB2" w14:textId="77777777">
        <w:trPr>
          <w:cantSplit/>
        </w:trPr>
        <w:tc>
          <w:tcPr>
            <w:tcW w:w="5904" w:type="dxa"/>
            <w:tcMar>
              <w:top w:w="55" w:type="dxa"/>
              <w:left w:w="55" w:type="dxa"/>
              <w:bottom w:w="55" w:type="dxa"/>
              <w:right w:w="55" w:type="dxa"/>
            </w:tcMar>
            <w:vAlign w:val="center"/>
          </w:tcPr>
          <w:p w14:paraId="3325766C" w14:textId="77777777" w:rsidR="0085501B" w:rsidRDefault="00000000">
            <w:pPr>
              <w:spacing w:before="20" w:after="20" w:line="245" w:lineRule="auto"/>
            </w:pPr>
            <w:r>
              <w:rPr>
                <w:sz w:val="19"/>
              </w:rPr>
              <w:t>Track offer acceptance, checks and contract progress; keep the candidate informed.</w:t>
            </w:r>
          </w:p>
        </w:tc>
        <w:tc>
          <w:tcPr>
            <w:tcW w:w="1152" w:type="dxa"/>
            <w:tcMar>
              <w:top w:w="55" w:type="dxa"/>
              <w:left w:w="55" w:type="dxa"/>
              <w:bottom w:w="55" w:type="dxa"/>
              <w:right w:w="55" w:type="dxa"/>
            </w:tcMar>
            <w:vAlign w:val="center"/>
          </w:tcPr>
          <w:p w14:paraId="3F3CEA4C" w14:textId="77777777" w:rsidR="0085501B" w:rsidRDefault="00000000">
            <w:pPr>
              <w:spacing w:before="20" w:after="20" w:line="245" w:lineRule="auto"/>
            </w:pPr>
            <w:r>
              <w:rPr>
                <w:sz w:val="19"/>
              </w:rPr>
              <w:t>[Date]</w:t>
            </w:r>
          </w:p>
        </w:tc>
        <w:tc>
          <w:tcPr>
            <w:tcW w:w="1584" w:type="dxa"/>
            <w:tcMar>
              <w:top w:w="55" w:type="dxa"/>
              <w:left w:w="55" w:type="dxa"/>
              <w:bottom w:w="55" w:type="dxa"/>
              <w:right w:w="55" w:type="dxa"/>
            </w:tcMar>
            <w:vAlign w:val="center"/>
          </w:tcPr>
          <w:p w14:paraId="1EF53004" w14:textId="77777777" w:rsidR="0085501B" w:rsidRDefault="00000000">
            <w:pPr>
              <w:spacing w:before="20" w:after="20" w:line="245" w:lineRule="auto"/>
            </w:pPr>
            <w:r>
              <w:rPr>
                <w:sz w:val="19"/>
              </w:rPr>
              <w:t>[Name]</w:t>
            </w:r>
          </w:p>
        </w:tc>
        <w:tc>
          <w:tcPr>
            <w:tcW w:w="1584" w:type="dxa"/>
            <w:tcMar>
              <w:top w:w="55" w:type="dxa"/>
              <w:left w:w="55" w:type="dxa"/>
              <w:bottom w:w="55" w:type="dxa"/>
              <w:right w:w="55" w:type="dxa"/>
            </w:tcMar>
            <w:vAlign w:val="center"/>
          </w:tcPr>
          <w:p w14:paraId="3F3FCB17" w14:textId="77777777" w:rsidR="0085501B" w:rsidRDefault="00000000">
            <w:pPr>
              <w:spacing w:before="20" w:after="20" w:line="245" w:lineRule="auto"/>
            </w:pPr>
            <w:r>
              <w:rPr>
                <w:sz w:val="19"/>
              </w:rPr>
              <w:t>[Status]</w:t>
            </w:r>
          </w:p>
        </w:tc>
      </w:tr>
      <w:tr w:rsidR="0085501B" w14:paraId="5085B8AE" w14:textId="77777777">
        <w:trPr>
          <w:cantSplit/>
        </w:trPr>
        <w:tc>
          <w:tcPr>
            <w:tcW w:w="5904" w:type="dxa"/>
            <w:tcMar>
              <w:top w:w="55" w:type="dxa"/>
              <w:left w:w="55" w:type="dxa"/>
              <w:bottom w:w="55" w:type="dxa"/>
              <w:right w:w="55" w:type="dxa"/>
            </w:tcMar>
            <w:vAlign w:val="center"/>
          </w:tcPr>
          <w:p w14:paraId="12E9C714" w14:textId="77777777" w:rsidR="0085501B" w:rsidRDefault="00000000">
            <w:pPr>
              <w:spacing w:before="20" w:after="20" w:line="245" w:lineRule="auto"/>
            </w:pPr>
            <w:r>
              <w:rPr>
                <w:sz w:val="19"/>
              </w:rPr>
              <w:t>Confirm the start date and induction arrangements; close the vacancy and review the campaign.</w:t>
            </w:r>
          </w:p>
        </w:tc>
        <w:tc>
          <w:tcPr>
            <w:tcW w:w="1152" w:type="dxa"/>
            <w:tcMar>
              <w:top w:w="55" w:type="dxa"/>
              <w:left w:w="55" w:type="dxa"/>
              <w:bottom w:w="55" w:type="dxa"/>
              <w:right w:w="55" w:type="dxa"/>
            </w:tcMar>
            <w:vAlign w:val="center"/>
          </w:tcPr>
          <w:p w14:paraId="2D871293" w14:textId="77777777" w:rsidR="0085501B" w:rsidRDefault="00000000">
            <w:pPr>
              <w:spacing w:before="20" w:after="20" w:line="245" w:lineRule="auto"/>
            </w:pPr>
            <w:r>
              <w:rPr>
                <w:sz w:val="19"/>
              </w:rPr>
              <w:t>[Date]</w:t>
            </w:r>
          </w:p>
        </w:tc>
        <w:tc>
          <w:tcPr>
            <w:tcW w:w="1584" w:type="dxa"/>
            <w:tcMar>
              <w:top w:w="55" w:type="dxa"/>
              <w:left w:w="55" w:type="dxa"/>
              <w:bottom w:w="55" w:type="dxa"/>
              <w:right w:w="55" w:type="dxa"/>
            </w:tcMar>
            <w:vAlign w:val="center"/>
          </w:tcPr>
          <w:p w14:paraId="31E04FBE" w14:textId="77777777" w:rsidR="0085501B" w:rsidRDefault="00000000">
            <w:pPr>
              <w:spacing w:before="20" w:after="20" w:line="245" w:lineRule="auto"/>
            </w:pPr>
            <w:r>
              <w:rPr>
                <w:sz w:val="19"/>
              </w:rPr>
              <w:t>[Name]</w:t>
            </w:r>
          </w:p>
        </w:tc>
        <w:tc>
          <w:tcPr>
            <w:tcW w:w="1584" w:type="dxa"/>
            <w:tcMar>
              <w:top w:w="55" w:type="dxa"/>
              <w:left w:w="55" w:type="dxa"/>
              <w:bottom w:w="55" w:type="dxa"/>
              <w:right w:w="55" w:type="dxa"/>
            </w:tcMar>
            <w:vAlign w:val="center"/>
          </w:tcPr>
          <w:p w14:paraId="05600AA9" w14:textId="77777777" w:rsidR="0085501B" w:rsidRDefault="00000000">
            <w:pPr>
              <w:spacing w:before="20" w:after="20" w:line="245" w:lineRule="auto"/>
            </w:pPr>
            <w:r>
              <w:rPr>
                <w:sz w:val="19"/>
              </w:rPr>
              <w:t>[Status]</w:t>
            </w:r>
          </w:p>
        </w:tc>
      </w:tr>
    </w:tbl>
    <w:p w14:paraId="350AC966" w14:textId="77777777" w:rsidR="0085501B" w:rsidRDefault="00000000">
      <w:pPr>
        <w:spacing w:line="250" w:lineRule="auto"/>
      </w:pPr>
      <w:r>
        <w:rPr>
          <w:i/>
          <w:color w:val="666666"/>
        </w:rPr>
        <w:t>If a date changes, update this plan, confirm the impact on later stages and tell affected candidates and colleagues promptly.</w:t>
      </w:r>
    </w:p>
    <w:p w14:paraId="79DD0DE4" w14:textId="77777777" w:rsidR="0085501B" w:rsidRDefault="00000000">
      <w:r>
        <w:br w:type="page"/>
      </w:r>
    </w:p>
    <w:p w14:paraId="306ADABE" w14:textId="77777777" w:rsidR="0085501B" w:rsidRDefault="00000000">
      <w:pPr>
        <w:pStyle w:val="Heading1"/>
      </w:pPr>
      <w:r>
        <w:lastRenderedPageBreak/>
        <w:t>7 Offer and onboarding</w:t>
      </w:r>
    </w:p>
    <w:p w14:paraId="0E5668B1" w14:textId="77777777" w:rsidR="0085501B" w:rsidRDefault="00000000">
      <w:pPr>
        <w:spacing w:line="250" w:lineRule="auto"/>
      </w:pPr>
      <w:r>
        <w:rPr>
          <w:i/>
          <w:color w:val="666666"/>
        </w:rPr>
        <w:t>The hiring manager retains oversight through to the start date. Confirm who handles each handover and follow up outstanding actions.</w:t>
      </w:r>
    </w:p>
    <w:tbl>
      <w:tblPr>
        <w:tblW w:w="0" w:type="auto"/>
        <w:tblBorders>
          <w:top w:val="single" w:sz="4" w:space="0" w:color="D9D2E3"/>
          <w:left w:val="single" w:sz="4" w:space="0" w:color="D9D2E3"/>
          <w:bottom w:val="single" w:sz="4" w:space="0" w:color="D9D2E3"/>
          <w:right w:val="single" w:sz="4" w:space="0" w:color="D9D2E3"/>
          <w:insideH w:val="single" w:sz="4" w:space="0" w:color="D9D2E3"/>
          <w:insideV w:val="single" w:sz="4" w:space="0" w:color="D9D2E3"/>
        </w:tblBorders>
        <w:tblLayout w:type="fixed"/>
        <w:tblLook w:val="04A0" w:firstRow="1" w:lastRow="0" w:firstColumn="1" w:lastColumn="0" w:noHBand="0" w:noVBand="1"/>
      </w:tblPr>
      <w:tblGrid>
        <w:gridCol w:w="2952"/>
        <w:gridCol w:w="7272"/>
      </w:tblGrid>
      <w:tr w:rsidR="0085501B" w14:paraId="3BBBAFAD" w14:textId="77777777">
        <w:trPr>
          <w:cantSplit/>
        </w:trPr>
        <w:tc>
          <w:tcPr>
            <w:tcW w:w="2952" w:type="dxa"/>
            <w:shd w:val="clear" w:color="auto" w:fill="F1EAF6"/>
            <w:tcMar>
              <w:top w:w="95" w:type="dxa"/>
              <w:left w:w="95" w:type="dxa"/>
              <w:bottom w:w="95" w:type="dxa"/>
              <w:right w:w="95" w:type="dxa"/>
            </w:tcMar>
            <w:vAlign w:val="center"/>
          </w:tcPr>
          <w:p w14:paraId="23FB1496" w14:textId="77777777" w:rsidR="0085501B" w:rsidRDefault="00000000">
            <w:pPr>
              <w:spacing w:before="20" w:after="20" w:line="245" w:lineRule="auto"/>
            </w:pPr>
            <w:r>
              <w:rPr>
                <w:b/>
                <w:color w:val="6B2C91"/>
                <w:sz w:val="19"/>
              </w:rPr>
              <w:t>Offer terms and authority</w:t>
            </w:r>
          </w:p>
        </w:tc>
        <w:tc>
          <w:tcPr>
            <w:tcW w:w="7272" w:type="dxa"/>
            <w:tcMar>
              <w:top w:w="95" w:type="dxa"/>
              <w:left w:w="95" w:type="dxa"/>
              <w:bottom w:w="95" w:type="dxa"/>
              <w:right w:w="95" w:type="dxa"/>
            </w:tcMar>
            <w:vAlign w:val="center"/>
          </w:tcPr>
          <w:p w14:paraId="72518080" w14:textId="77777777" w:rsidR="0085501B" w:rsidRDefault="00000000">
            <w:pPr>
              <w:spacing w:before="20" w:after="20" w:line="245" w:lineRule="auto"/>
            </w:pPr>
            <w:r>
              <w:rPr>
                <w:i/>
                <w:color w:val="666666"/>
                <w:sz w:val="19"/>
              </w:rPr>
              <w:t>Record salary, contract, working arrangements and the approver. Confirm any variation before communicating an offer.</w:t>
            </w:r>
          </w:p>
        </w:tc>
      </w:tr>
      <w:tr w:rsidR="0085501B" w14:paraId="72AB19D4" w14:textId="77777777">
        <w:trPr>
          <w:cantSplit/>
        </w:trPr>
        <w:tc>
          <w:tcPr>
            <w:tcW w:w="2952" w:type="dxa"/>
            <w:shd w:val="clear" w:color="auto" w:fill="F1EAF6"/>
            <w:tcMar>
              <w:top w:w="95" w:type="dxa"/>
              <w:left w:w="95" w:type="dxa"/>
              <w:bottom w:w="95" w:type="dxa"/>
              <w:right w:w="95" w:type="dxa"/>
            </w:tcMar>
            <w:vAlign w:val="center"/>
          </w:tcPr>
          <w:p w14:paraId="4E834B73" w14:textId="77777777" w:rsidR="0085501B" w:rsidRDefault="00000000">
            <w:pPr>
              <w:spacing w:before="20" w:after="20" w:line="245" w:lineRule="auto"/>
            </w:pPr>
            <w:r>
              <w:rPr>
                <w:b/>
                <w:color w:val="6B2C91"/>
                <w:sz w:val="19"/>
              </w:rPr>
              <w:t>Checks and dependencies</w:t>
            </w:r>
          </w:p>
        </w:tc>
        <w:tc>
          <w:tcPr>
            <w:tcW w:w="7272" w:type="dxa"/>
            <w:tcMar>
              <w:top w:w="95" w:type="dxa"/>
              <w:left w:w="95" w:type="dxa"/>
              <w:bottom w:w="95" w:type="dxa"/>
              <w:right w:w="95" w:type="dxa"/>
            </w:tcMar>
            <w:vAlign w:val="center"/>
          </w:tcPr>
          <w:p w14:paraId="1DF2476E" w14:textId="77777777" w:rsidR="0085501B" w:rsidRDefault="00000000">
            <w:pPr>
              <w:spacing w:before="20" w:after="20" w:line="245" w:lineRule="auto"/>
            </w:pPr>
            <w:r>
              <w:rPr>
                <w:i/>
                <w:color w:val="666666"/>
                <w:sz w:val="19"/>
              </w:rPr>
              <w:t>Confirm with the relevant team which pre-employment checks are needed, who tracks them and any immigration or relocation dependencies. Do not record sensitive documents in this plan.</w:t>
            </w:r>
          </w:p>
        </w:tc>
      </w:tr>
      <w:tr w:rsidR="0085501B" w14:paraId="3765C49E" w14:textId="77777777">
        <w:trPr>
          <w:cantSplit/>
        </w:trPr>
        <w:tc>
          <w:tcPr>
            <w:tcW w:w="2952" w:type="dxa"/>
            <w:shd w:val="clear" w:color="auto" w:fill="F1EAF6"/>
            <w:tcMar>
              <w:top w:w="95" w:type="dxa"/>
              <w:left w:w="95" w:type="dxa"/>
              <w:bottom w:w="95" w:type="dxa"/>
              <w:right w:w="95" w:type="dxa"/>
            </w:tcMar>
            <w:vAlign w:val="center"/>
          </w:tcPr>
          <w:p w14:paraId="290AD62C" w14:textId="77777777" w:rsidR="0085501B" w:rsidRDefault="00000000">
            <w:pPr>
              <w:spacing w:before="20" w:after="20" w:line="245" w:lineRule="auto"/>
            </w:pPr>
            <w:r>
              <w:rPr>
                <w:b/>
                <w:color w:val="6B2C91"/>
                <w:sz w:val="19"/>
              </w:rPr>
              <w:t>Candidate contact</w:t>
            </w:r>
          </w:p>
        </w:tc>
        <w:tc>
          <w:tcPr>
            <w:tcW w:w="7272" w:type="dxa"/>
            <w:tcMar>
              <w:top w:w="95" w:type="dxa"/>
              <w:left w:w="95" w:type="dxa"/>
              <w:bottom w:w="95" w:type="dxa"/>
              <w:right w:w="95" w:type="dxa"/>
            </w:tcMar>
            <w:vAlign w:val="center"/>
          </w:tcPr>
          <w:p w14:paraId="1FC72F14" w14:textId="77777777" w:rsidR="0085501B" w:rsidRDefault="00000000">
            <w:pPr>
              <w:spacing w:before="20" w:after="20" w:line="245" w:lineRule="auto"/>
            </w:pPr>
            <w:r>
              <w:rPr>
                <w:i/>
                <w:color w:val="666666"/>
                <w:sz w:val="19"/>
              </w:rPr>
              <w:t>Name the person maintaining contact from offer to start. Record the next update date and any outstanding questions.</w:t>
            </w:r>
          </w:p>
        </w:tc>
      </w:tr>
      <w:tr w:rsidR="0085501B" w14:paraId="1FC7D546" w14:textId="77777777">
        <w:trPr>
          <w:cantSplit/>
        </w:trPr>
        <w:tc>
          <w:tcPr>
            <w:tcW w:w="2952" w:type="dxa"/>
            <w:shd w:val="clear" w:color="auto" w:fill="F1EAF6"/>
            <w:tcMar>
              <w:top w:w="95" w:type="dxa"/>
              <w:left w:w="95" w:type="dxa"/>
              <w:bottom w:w="95" w:type="dxa"/>
              <w:right w:w="95" w:type="dxa"/>
            </w:tcMar>
            <w:vAlign w:val="center"/>
          </w:tcPr>
          <w:p w14:paraId="5634BDA2" w14:textId="77777777" w:rsidR="0085501B" w:rsidRDefault="00000000">
            <w:pPr>
              <w:spacing w:before="20" w:after="20" w:line="245" w:lineRule="auto"/>
            </w:pPr>
            <w:r>
              <w:rPr>
                <w:b/>
                <w:color w:val="6B2C91"/>
                <w:sz w:val="19"/>
              </w:rPr>
              <w:t>Start date and induction</w:t>
            </w:r>
          </w:p>
        </w:tc>
        <w:tc>
          <w:tcPr>
            <w:tcW w:w="7272" w:type="dxa"/>
            <w:tcMar>
              <w:top w:w="95" w:type="dxa"/>
              <w:left w:w="95" w:type="dxa"/>
              <w:bottom w:w="95" w:type="dxa"/>
              <w:right w:w="95" w:type="dxa"/>
            </w:tcMar>
            <w:vAlign w:val="center"/>
          </w:tcPr>
          <w:p w14:paraId="405BE0B2" w14:textId="77777777" w:rsidR="0085501B" w:rsidRDefault="00000000">
            <w:pPr>
              <w:spacing w:before="20" w:after="20" w:line="245" w:lineRule="auto"/>
            </w:pPr>
            <w:r>
              <w:rPr>
                <w:i/>
                <w:color w:val="666666"/>
                <w:sz w:val="19"/>
              </w:rPr>
              <w:t>Record the agreed start date, induction owner, first-day arrangements, equipment, access and any agreed workplace adjustments.</w:t>
            </w:r>
          </w:p>
        </w:tc>
      </w:tr>
    </w:tbl>
    <w:p w14:paraId="7F6BC988" w14:textId="77777777" w:rsidR="0085501B" w:rsidRDefault="00000000">
      <w:pPr>
        <w:pStyle w:val="Heading1"/>
      </w:pPr>
      <w:r>
        <w:t>Final checks</w:t>
      </w:r>
    </w:p>
    <w:p w14:paraId="651F6AA7" w14:textId="77777777" w:rsidR="0085501B" w:rsidRDefault="00000000">
      <w:pPr>
        <w:spacing w:line="250" w:lineRule="auto"/>
      </w:pPr>
      <w:r>
        <w:rPr>
          <w:i/>
          <w:color w:val="666666"/>
        </w:rPr>
        <w:t>Use these checks at the relevant stage and retain the supporting records in the approved location.</w:t>
      </w:r>
    </w:p>
    <w:p w14:paraId="014B7970" w14:textId="77777777" w:rsidR="0085501B" w:rsidRDefault="00000000">
      <w:pPr>
        <w:spacing w:line="250" w:lineRule="auto"/>
      </w:pPr>
      <w:r>
        <w:rPr>
          <w:b/>
        </w:rPr>
        <w:t>Before launch</w:t>
      </w:r>
    </w:p>
    <w:p w14:paraId="477E7F53" w14:textId="77777777" w:rsidR="0085501B" w:rsidRDefault="00000000">
      <w:pPr>
        <w:spacing w:line="250" w:lineRule="auto"/>
      </w:pPr>
      <w:r>
        <w:t>☐ Role, funding and approvals confirmed   ☐ Redeployment requirements addressed</w:t>
      </w:r>
      <w:r>
        <w:br/>
        <w:t>☐ Advert and criteria agreed   ☐ Panel, dates and action owners confirmed</w:t>
      </w:r>
    </w:p>
    <w:p w14:paraId="5AE7717D" w14:textId="77777777" w:rsidR="0085501B" w:rsidRDefault="00000000">
      <w:pPr>
        <w:spacing w:line="250" w:lineRule="auto"/>
      </w:pPr>
      <w:r>
        <w:rPr>
          <w:b/>
        </w:rPr>
        <w:t>Before assessment</w:t>
      </w:r>
    </w:p>
    <w:p w14:paraId="7BF9A1A5" w14:textId="77777777" w:rsidR="0085501B" w:rsidRDefault="00000000">
      <w:pPr>
        <w:spacing w:line="250" w:lineRule="auto"/>
      </w:pPr>
      <w:r>
        <w:t>☐ Questions, tasks and scoring agreed   ☐ Panel briefed</w:t>
      </w:r>
      <w:r>
        <w:br/>
        <w:t>☐ Candidate information sent   ☐ Reasonable adjustments confirmed</w:t>
      </w:r>
    </w:p>
    <w:p w14:paraId="32BB43F5" w14:textId="77777777" w:rsidR="0085501B" w:rsidRDefault="00000000">
      <w:pPr>
        <w:spacing w:line="250" w:lineRule="auto"/>
      </w:pPr>
      <w:r>
        <w:rPr>
          <w:b/>
        </w:rPr>
        <w:t>Before the start date</w:t>
      </w:r>
    </w:p>
    <w:p w14:paraId="552AE226" w14:textId="77777777" w:rsidR="0085501B" w:rsidRDefault="00000000">
      <w:pPr>
        <w:spacing w:line="250" w:lineRule="auto"/>
      </w:pPr>
      <w:r>
        <w:t>☐ Offer accepted   ☐ Required checks and contract status confirmed with the responsible team</w:t>
      </w:r>
      <w:r>
        <w:br/>
        <w:t>☐ Start date confirmed   ☐ Induction and equipment arranged</w:t>
      </w:r>
    </w:p>
    <w:p w14:paraId="6932A4F8" w14:textId="77777777" w:rsidR="0085501B" w:rsidRDefault="00000000">
      <w:pPr>
        <w:spacing w:line="250" w:lineRule="auto"/>
      </w:pPr>
      <w:r>
        <w:rPr>
          <w:b/>
        </w:rPr>
        <w:t>At campaign close</w:t>
      </w:r>
    </w:p>
    <w:p w14:paraId="56EF9DC7" w14:textId="77777777" w:rsidR="0085501B" w:rsidRDefault="00000000">
      <w:pPr>
        <w:spacing w:line="250" w:lineRule="auto"/>
      </w:pPr>
      <w:r>
        <w:t>☐ Applicants informed and feedback provided as agreed</w:t>
      </w:r>
      <w:r>
        <w:br/>
        <w:t>☐ Decisions and assessment records stored securely under University retention arrangements</w:t>
      </w:r>
      <w:r>
        <w:br/>
        <w:t>☐ Recruitment system updated   ☐ Lessons and improvements recorded</w:t>
      </w:r>
    </w:p>
    <w:p w14:paraId="4184B369" w14:textId="77777777" w:rsidR="0085501B" w:rsidRDefault="00000000">
      <w:pPr>
        <w:spacing w:line="250" w:lineRule="auto"/>
      </w:pPr>
      <w:r>
        <w:rPr>
          <w:i/>
          <w:color w:val="666666"/>
        </w:rPr>
        <w:t>Support when needed: use current University recruitment guidance. Confirm process or system questions with your recruitment administrator or Recruitment Services, and seek specialist advice on grading, pay or immigration where required. TA involvement is not needed to complete this plan.</w:t>
      </w:r>
    </w:p>
    <w:sectPr w:rsidR="0085501B" w:rsidSect="00034616">
      <w:headerReference w:type="default" r:id="rId8"/>
      <w:footerReference w:type="default" r:id="rId9"/>
      <w:pgSz w:w="12240" w:h="15840"/>
      <w:pgMar w:top="864" w:right="1008" w:bottom="864" w:left="1008"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8CF1E" w14:textId="77777777" w:rsidR="00E8580C" w:rsidRDefault="00E8580C">
      <w:pPr>
        <w:spacing w:after="0" w:line="240" w:lineRule="auto"/>
      </w:pPr>
      <w:r>
        <w:separator/>
      </w:r>
    </w:p>
  </w:endnote>
  <w:endnote w:type="continuationSeparator" w:id="0">
    <w:p w14:paraId="62284B1B" w14:textId="77777777" w:rsidR="00E8580C" w:rsidRDefault="00E858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B487D" w14:textId="77777777" w:rsidR="0085501B" w:rsidRDefault="00000000">
    <w:pPr>
      <w:pStyle w:val="Footer"/>
      <w:jc w:val="center"/>
    </w:pPr>
    <w:r>
      <w:rPr>
        <w:color w:val="666666"/>
        <w:sz w:val="16"/>
      </w:rPr>
      <w:t xml:space="preserve">Recruitment Plan for Hiring Managers  |  </w:t>
    </w:r>
    <w:r>
      <w:fldChar w:fldCharType="begin"/>
    </w:r>
    <w:r>
      <w:instrText>PAGE</w:instrText>
    </w:r>
    <w:r>
      <w:fldChar w:fldCharType="separate"/>
    </w:r>
    <w:r w:rsidR="008069E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171B4" w14:textId="77777777" w:rsidR="00E8580C" w:rsidRDefault="00E8580C">
      <w:pPr>
        <w:spacing w:after="0" w:line="240" w:lineRule="auto"/>
      </w:pPr>
      <w:r>
        <w:separator/>
      </w:r>
    </w:p>
  </w:footnote>
  <w:footnote w:type="continuationSeparator" w:id="0">
    <w:p w14:paraId="0340C9C6" w14:textId="77777777" w:rsidR="00E8580C" w:rsidRDefault="00E858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3DCA6" w14:textId="77777777" w:rsidR="0085501B" w:rsidRDefault="00000000">
    <w:pPr>
      <w:pStyle w:val="Header"/>
      <w:jc w:val="right"/>
    </w:pPr>
    <w:r>
      <w:rPr>
        <w:b/>
        <w:color w:val="6B2C91"/>
        <w:sz w:val="16"/>
      </w:rPr>
      <w:t>THE UNIVERSITY OF MANCHESTER  |  RECRUITMENT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18475236">
    <w:abstractNumId w:val="8"/>
  </w:num>
  <w:num w:numId="2" w16cid:durableId="336855363">
    <w:abstractNumId w:val="6"/>
  </w:num>
  <w:num w:numId="3" w16cid:durableId="1130980915">
    <w:abstractNumId w:val="5"/>
  </w:num>
  <w:num w:numId="4" w16cid:durableId="1103068517">
    <w:abstractNumId w:val="4"/>
  </w:num>
  <w:num w:numId="5" w16cid:durableId="689836583">
    <w:abstractNumId w:val="7"/>
  </w:num>
  <w:num w:numId="6" w16cid:durableId="1456754910">
    <w:abstractNumId w:val="3"/>
  </w:num>
  <w:num w:numId="7" w16cid:durableId="518785406">
    <w:abstractNumId w:val="2"/>
  </w:num>
  <w:num w:numId="8" w16cid:durableId="1438597325">
    <w:abstractNumId w:val="1"/>
  </w:num>
  <w:num w:numId="9" w16cid:durableId="1393885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76F23"/>
    <w:rsid w:val="0029639D"/>
    <w:rsid w:val="002A20FD"/>
    <w:rsid w:val="00326F90"/>
    <w:rsid w:val="005151C1"/>
    <w:rsid w:val="005F1ED5"/>
    <w:rsid w:val="005F21F3"/>
    <w:rsid w:val="006A06C5"/>
    <w:rsid w:val="007350EE"/>
    <w:rsid w:val="00740B1B"/>
    <w:rsid w:val="008069E1"/>
    <w:rsid w:val="0085501B"/>
    <w:rsid w:val="00855F03"/>
    <w:rsid w:val="009F5C05"/>
    <w:rsid w:val="00AA1D8D"/>
    <w:rsid w:val="00B47730"/>
    <w:rsid w:val="00BE725D"/>
    <w:rsid w:val="00CB0664"/>
    <w:rsid w:val="00CE0079"/>
    <w:rsid w:val="00E8580C"/>
    <w:rsid w:val="00FA6056"/>
    <w:rsid w:val="00FC693F"/>
    <w:rsid w:val="00FE74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6186F6"/>
  <w14:defaultImageDpi w14:val="300"/>
  <w15:docId w15:val="{144C452D-D2CD-42F7-8838-A4C453711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Calibri" w:hAnsi="Calibri"/>
      <w:color w:val="000000"/>
      <w:sz w:val="20"/>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6B2C91"/>
      <w:sz w:val="30"/>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line="240" w:lineRule="auto"/>
      <w:contextualSpacing/>
    </w:pPr>
    <w:rPr>
      <w:rFonts w:asciiTheme="majorHAnsi" w:eastAsiaTheme="majorEastAsia" w:hAnsiTheme="majorHAnsi" w:cstheme="majorBidi"/>
      <w:b/>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1043</Words>
  <Characters>6262</Characters>
  <Application>Microsoft Office Word</Application>
  <DocSecurity>0</DocSecurity>
  <Lines>195</Lines>
  <Paragraphs>182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Recruitment Plan for Hiring Managers</dc:title>
  <dc:subject>Hiring manager led recruitment campaign planning</dc:subject>
  <dc:creator>The University of Manchester</dc:creator>
  <cp:keywords/>
  <dc:description>generated by python-docx</dc:description>
  <cp:lastModifiedBy>Carrie Hunt</cp:lastModifiedBy>
  <cp:revision>15</cp:revision>
  <dcterms:created xsi:type="dcterms:W3CDTF">2026-11-05T08:43:00Z</dcterms:created>
  <dcterms:modified xsi:type="dcterms:W3CDTF">2026-11-05T08:52:00Z</dcterms:modified>
  <cp:category/>
</cp:coreProperties>
</file>