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9712A" w14:textId="77777777" w:rsidR="00AB1195" w:rsidRDefault="008E6A64">
      <w:pPr>
        <w:pStyle w:val="Title"/>
      </w:pPr>
      <w:r>
        <w:t>Application Form</w:t>
      </w:r>
    </w:p>
    <w:p w14:paraId="1FE70644" w14:textId="77777777" w:rsidR="00AB1195" w:rsidRDefault="008E6A64">
      <w:pPr>
        <w:spacing w:after="160"/>
      </w:pPr>
      <w:r>
        <w:rPr>
          <w:b/>
          <w:color w:val="20332F"/>
          <w:sz w:val="22"/>
        </w:rPr>
        <w:t>Christabel Pankhurst Institute Translation Fellowships | Academic Year 2026/27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27"/>
        <w:gridCol w:w="3427"/>
        <w:gridCol w:w="3427"/>
      </w:tblGrid>
      <w:tr w:rsidR="00AB1195" w14:paraId="33501D52" w14:textId="77777777">
        <w:trPr>
          <w:cantSplit/>
          <w:jc w:val="center"/>
        </w:trPr>
        <w:tc>
          <w:tcPr>
            <w:tcW w:w="3427" w:type="dxa"/>
            <w:shd w:val="clear" w:color="auto" w:fill="2F6B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E82668" w14:textId="77777777" w:rsidR="00AB1195" w:rsidRDefault="008E6A64">
            <w:pPr>
              <w:spacing w:after="0"/>
            </w:pPr>
            <w:r>
              <w:rPr>
                <w:b/>
                <w:color w:val="FFFFFF"/>
                <w:sz w:val="16"/>
              </w:rPr>
              <w:t>Application deadline</w:t>
            </w:r>
          </w:p>
        </w:tc>
        <w:tc>
          <w:tcPr>
            <w:tcW w:w="3427" w:type="dxa"/>
            <w:shd w:val="clear" w:color="auto" w:fill="2F6B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165D76" w14:textId="77777777" w:rsidR="00AB1195" w:rsidRDefault="008E6A64">
            <w:pPr>
              <w:spacing w:after="0"/>
            </w:pPr>
            <w:r>
              <w:rPr>
                <w:b/>
                <w:color w:val="FFFFFF"/>
                <w:sz w:val="16"/>
              </w:rPr>
              <w:t>Interviews expected</w:t>
            </w:r>
          </w:p>
        </w:tc>
        <w:tc>
          <w:tcPr>
            <w:tcW w:w="3427" w:type="dxa"/>
            <w:shd w:val="clear" w:color="auto" w:fill="2F6B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20C7779" w14:textId="77777777" w:rsidR="00AB1195" w:rsidRDefault="008E6A64">
            <w:pPr>
              <w:spacing w:after="0"/>
            </w:pPr>
            <w:r>
              <w:rPr>
                <w:b/>
                <w:color w:val="FFFFFF"/>
                <w:sz w:val="16"/>
              </w:rPr>
              <w:t>Outcome notification</w:t>
            </w:r>
          </w:p>
        </w:tc>
      </w:tr>
      <w:tr w:rsidR="00AB1195" w14:paraId="1B301239" w14:textId="77777777">
        <w:trPr>
          <w:cantSplit/>
          <w:jc w:val="center"/>
        </w:trPr>
        <w:tc>
          <w:tcPr>
            <w:tcW w:w="3427" w:type="dxa"/>
            <w:shd w:val="clear" w:color="auto" w:fill="EAF2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81ADC2" w14:textId="06F36E84" w:rsidR="00AB1195" w:rsidRDefault="00DF50F5">
            <w:pPr>
              <w:spacing w:after="0"/>
            </w:pPr>
            <w:r>
              <w:rPr>
                <w:b/>
                <w:color w:val="20332F"/>
              </w:rPr>
              <w:t>9 November 2026, 12pm</w:t>
            </w:r>
          </w:p>
        </w:tc>
        <w:tc>
          <w:tcPr>
            <w:tcW w:w="3427" w:type="dxa"/>
            <w:shd w:val="clear" w:color="auto" w:fill="EAF2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F3A339" w14:textId="2C0684B1" w:rsidR="00AB1195" w:rsidRDefault="008E6A64">
            <w:pPr>
              <w:spacing w:after="0"/>
            </w:pPr>
            <w:r>
              <w:rPr>
                <w:b/>
                <w:color w:val="20332F"/>
              </w:rPr>
              <w:t xml:space="preserve">Week commencing </w:t>
            </w:r>
            <w:r w:rsidR="00C8760B">
              <w:rPr>
                <w:b/>
                <w:color w:val="20332F"/>
              </w:rPr>
              <w:t>23</w:t>
            </w:r>
            <w:r>
              <w:rPr>
                <w:b/>
                <w:color w:val="20332F"/>
              </w:rPr>
              <w:t xml:space="preserve"> November 2026</w:t>
            </w:r>
          </w:p>
        </w:tc>
        <w:tc>
          <w:tcPr>
            <w:tcW w:w="3427" w:type="dxa"/>
            <w:shd w:val="clear" w:color="auto" w:fill="EAF2F0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C9A0F0" w14:textId="77777777" w:rsidR="00AB1195" w:rsidRDefault="008E6A64">
            <w:pPr>
              <w:spacing w:after="0"/>
            </w:pPr>
            <w:r>
              <w:rPr>
                <w:b/>
                <w:color w:val="20332F"/>
              </w:rPr>
              <w:t>By 1 December 2026</w:t>
            </w:r>
          </w:p>
        </w:tc>
      </w:tr>
    </w:tbl>
    <w:p w14:paraId="1E37D1ED" w14:textId="7C8602AC" w:rsidR="00AB1195" w:rsidRDefault="008E6A64">
      <w:pPr>
        <w:spacing w:before="120"/>
      </w:pPr>
      <w:r>
        <w:rPr>
          <w:b/>
          <w:color w:val="2F6B5F"/>
        </w:rPr>
        <w:t xml:space="preserve">How to use this form. </w:t>
      </w:r>
      <w:r>
        <w:t>Complete all applicable sections. The suggested word counts are maxima</w:t>
      </w:r>
      <w:r w:rsidR="00DF50F5">
        <w:t>.</w:t>
      </w:r>
      <w:r>
        <w:t xml:space="preserve"> </w:t>
      </w:r>
    </w:p>
    <w:p w14:paraId="5E7D33EF" w14:textId="77777777" w:rsidR="00AB1195" w:rsidRDefault="008E6A64">
      <w:pPr>
        <w:pStyle w:val="Heading1"/>
      </w:pPr>
      <w:r>
        <w:t>A. Applicant and eligibility details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82"/>
      </w:tblGrid>
      <w:tr w:rsidR="00AB1195" w14:paraId="612696E0" w14:textId="77777777">
        <w:trPr>
          <w:cantSplit/>
          <w:jc w:val="center"/>
        </w:trPr>
        <w:tc>
          <w:tcPr>
            <w:tcW w:w="10282" w:type="dxa"/>
            <w:shd w:val="clear" w:color="auto" w:fill="2F6B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3E3291" w14:textId="77777777" w:rsidR="00AB1195" w:rsidRDefault="008E6A64">
            <w:pPr>
              <w:spacing w:after="0"/>
            </w:pPr>
            <w:r>
              <w:rPr>
                <w:b/>
                <w:color w:val="FFFFFF"/>
              </w:rPr>
              <w:t>Full name</w:t>
            </w:r>
          </w:p>
        </w:tc>
      </w:tr>
      <w:tr w:rsidR="00AB1195" w14:paraId="10E2C65B" w14:textId="77777777">
        <w:trPr>
          <w:cantSplit/>
          <w:jc w:val="center"/>
        </w:trPr>
        <w:tc>
          <w:tcPr>
            <w:tcW w:w="10282" w:type="dxa"/>
            <w:shd w:val="clear" w:color="auto" w:fill="F5F8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77040A" w14:textId="77777777" w:rsidR="00AB1195" w:rsidRDefault="008E6A64">
            <w:pPr>
              <w:spacing w:after="0"/>
            </w:pPr>
            <w:r>
              <w:rPr>
                <w:color w:val="646464"/>
              </w:rPr>
              <w:t>Click or tap here to enter text.</w:t>
            </w:r>
          </w:p>
        </w:tc>
      </w:tr>
    </w:tbl>
    <w:p w14:paraId="66E058EA" w14:textId="77777777" w:rsidR="00AB1195" w:rsidRDefault="00AB1195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82"/>
      </w:tblGrid>
      <w:tr w:rsidR="00AB1195" w14:paraId="288B03B4" w14:textId="77777777">
        <w:trPr>
          <w:cantSplit/>
          <w:jc w:val="center"/>
        </w:trPr>
        <w:tc>
          <w:tcPr>
            <w:tcW w:w="10282" w:type="dxa"/>
            <w:shd w:val="clear" w:color="auto" w:fill="2F6B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7BFEA44" w14:textId="77777777" w:rsidR="00AB1195" w:rsidRDefault="008E6A64">
            <w:pPr>
              <w:spacing w:after="0"/>
            </w:pPr>
            <w:r>
              <w:rPr>
                <w:b/>
                <w:color w:val="FFFFFF"/>
              </w:rPr>
              <w:t>Job title / role</w:t>
            </w:r>
          </w:p>
        </w:tc>
      </w:tr>
      <w:tr w:rsidR="00AB1195" w14:paraId="118435EA" w14:textId="77777777">
        <w:trPr>
          <w:cantSplit/>
          <w:jc w:val="center"/>
        </w:trPr>
        <w:tc>
          <w:tcPr>
            <w:tcW w:w="10282" w:type="dxa"/>
            <w:shd w:val="clear" w:color="auto" w:fill="F5F8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19D16D" w14:textId="77777777" w:rsidR="00AB1195" w:rsidRDefault="008E6A64">
            <w:pPr>
              <w:spacing w:after="0"/>
            </w:pPr>
            <w:r>
              <w:rPr>
                <w:color w:val="646464"/>
              </w:rPr>
              <w:t>Click or tap here to enter text.</w:t>
            </w:r>
          </w:p>
        </w:tc>
      </w:tr>
    </w:tbl>
    <w:p w14:paraId="18151A77" w14:textId="77777777" w:rsidR="00AB1195" w:rsidRDefault="00AB1195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82"/>
      </w:tblGrid>
      <w:tr w:rsidR="00AB1195" w14:paraId="63EA389E" w14:textId="77777777">
        <w:trPr>
          <w:cantSplit/>
          <w:jc w:val="center"/>
        </w:trPr>
        <w:tc>
          <w:tcPr>
            <w:tcW w:w="10282" w:type="dxa"/>
            <w:shd w:val="clear" w:color="auto" w:fill="2F6B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A51381" w14:textId="77777777" w:rsidR="00AB1195" w:rsidRDefault="008E6A64">
            <w:pPr>
              <w:spacing w:after="0"/>
            </w:pPr>
            <w:r>
              <w:rPr>
                <w:b/>
                <w:color w:val="FFFFFF"/>
              </w:rPr>
              <w:t>School, division, department or clinical service</w:t>
            </w:r>
          </w:p>
        </w:tc>
      </w:tr>
      <w:tr w:rsidR="00AB1195" w14:paraId="0C211C20" w14:textId="77777777">
        <w:trPr>
          <w:cantSplit/>
          <w:jc w:val="center"/>
        </w:trPr>
        <w:tc>
          <w:tcPr>
            <w:tcW w:w="10282" w:type="dxa"/>
            <w:shd w:val="clear" w:color="auto" w:fill="F5F8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8AEFE0" w14:textId="77777777" w:rsidR="00AB1195" w:rsidRDefault="008E6A64">
            <w:pPr>
              <w:spacing w:after="0"/>
            </w:pPr>
            <w:r>
              <w:rPr>
                <w:color w:val="646464"/>
              </w:rPr>
              <w:t>Click or tap here to enter text.</w:t>
            </w:r>
          </w:p>
        </w:tc>
      </w:tr>
    </w:tbl>
    <w:p w14:paraId="6D40B07E" w14:textId="77777777" w:rsidR="00AB1195" w:rsidRDefault="00AB1195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82"/>
      </w:tblGrid>
      <w:tr w:rsidR="00AB1195" w14:paraId="0A20DE6B" w14:textId="77777777">
        <w:trPr>
          <w:cantSplit/>
          <w:jc w:val="center"/>
        </w:trPr>
        <w:tc>
          <w:tcPr>
            <w:tcW w:w="10282" w:type="dxa"/>
            <w:shd w:val="clear" w:color="auto" w:fill="2F6B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BFCCCE" w14:textId="77777777" w:rsidR="00AB1195" w:rsidRDefault="008E6A64">
            <w:pPr>
              <w:spacing w:after="0"/>
            </w:pPr>
            <w:r>
              <w:rPr>
                <w:b/>
                <w:color w:val="FFFFFF"/>
              </w:rPr>
              <w:t>Organisation</w:t>
            </w:r>
          </w:p>
        </w:tc>
      </w:tr>
      <w:tr w:rsidR="00AB1195" w14:paraId="1474077F" w14:textId="77777777">
        <w:trPr>
          <w:cantSplit/>
          <w:jc w:val="center"/>
        </w:trPr>
        <w:tc>
          <w:tcPr>
            <w:tcW w:w="10282" w:type="dxa"/>
            <w:shd w:val="clear" w:color="auto" w:fill="F5F8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0171B5" w14:textId="77777777" w:rsidR="00AB1195" w:rsidRDefault="008E6A64">
            <w:pPr>
              <w:spacing w:after="0"/>
            </w:pPr>
            <w:r>
              <w:rPr>
                <w:color w:val="646464"/>
              </w:rPr>
              <w:t>☐ University of Manchester (UoM)     ☐ Manchester University NHS Foundation Trust (MFT)</w:t>
            </w:r>
          </w:p>
        </w:tc>
      </w:tr>
    </w:tbl>
    <w:p w14:paraId="42504557" w14:textId="77777777" w:rsidR="00AB1195" w:rsidRDefault="00AB1195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82"/>
      </w:tblGrid>
      <w:tr w:rsidR="00AB1195" w14:paraId="1873DF01" w14:textId="77777777">
        <w:trPr>
          <w:cantSplit/>
          <w:jc w:val="center"/>
        </w:trPr>
        <w:tc>
          <w:tcPr>
            <w:tcW w:w="10282" w:type="dxa"/>
            <w:shd w:val="clear" w:color="auto" w:fill="2F6B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80E8E8" w14:textId="77777777" w:rsidR="00AB1195" w:rsidRDefault="008E6A64">
            <w:pPr>
              <w:spacing w:after="0"/>
            </w:pPr>
            <w:r>
              <w:rPr>
                <w:b/>
                <w:color w:val="FFFFFF"/>
              </w:rPr>
              <w:t>Email address</w:t>
            </w:r>
          </w:p>
        </w:tc>
      </w:tr>
      <w:tr w:rsidR="00AB1195" w14:paraId="79B8D299" w14:textId="77777777">
        <w:trPr>
          <w:cantSplit/>
          <w:jc w:val="center"/>
        </w:trPr>
        <w:tc>
          <w:tcPr>
            <w:tcW w:w="10282" w:type="dxa"/>
            <w:shd w:val="clear" w:color="auto" w:fill="F5F8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3EF139" w14:textId="77777777" w:rsidR="00AB1195" w:rsidRDefault="008E6A64">
            <w:pPr>
              <w:spacing w:after="0"/>
            </w:pPr>
            <w:r>
              <w:rPr>
                <w:color w:val="646464"/>
              </w:rPr>
              <w:t>Click or tap here to enter text.</w:t>
            </w:r>
          </w:p>
        </w:tc>
      </w:tr>
    </w:tbl>
    <w:p w14:paraId="42742EF1" w14:textId="77777777" w:rsidR="00AB1195" w:rsidRDefault="00AB1195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82"/>
      </w:tblGrid>
      <w:tr w:rsidR="00AB1195" w14:paraId="07C8CF77" w14:textId="77777777">
        <w:trPr>
          <w:cantSplit/>
          <w:jc w:val="center"/>
        </w:trPr>
        <w:tc>
          <w:tcPr>
            <w:tcW w:w="10282" w:type="dxa"/>
            <w:shd w:val="clear" w:color="auto" w:fill="2F6B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39BB06" w14:textId="77777777" w:rsidR="00AB1195" w:rsidRDefault="008E6A64">
            <w:pPr>
              <w:spacing w:after="0"/>
            </w:pPr>
            <w:r>
              <w:rPr>
                <w:b/>
                <w:color w:val="FFFFFF"/>
              </w:rPr>
              <w:t>Telephone number</w:t>
            </w:r>
          </w:p>
        </w:tc>
      </w:tr>
      <w:tr w:rsidR="00AB1195" w14:paraId="4E70C375" w14:textId="77777777">
        <w:trPr>
          <w:cantSplit/>
          <w:jc w:val="center"/>
        </w:trPr>
        <w:tc>
          <w:tcPr>
            <w:tcW w:w="10282" w:type="dxa"/>
            <w:shd w:val="clear" w:color="auto" w:fill="F5F8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CBCC7E" w14:textId="77777777" w:rsidR="00AB1195" w:rsidRDefault="008E6A64">
            <w:pPr>
              <w:spacing w:after="0"/>
            </w:pPr>
            <w:r>
              <w:rPr>
                <w:color w:val="646464"/>
              </w:rPr>
              <w:t>Click or tap here to enter text.</w:t>
            </w:r>
          </w:p>
        </w:tc>
      </w:tr>
    </w:tbl>
    <w:p w14:paraId="5707367F" w14:textId="77777777" w:rsidR="00AB1195" w:rsidRDefault="00AB1195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82"/>
      </w:tblGrid>
      <w:tr w:rsidR="00AB1195" w14:paraId="220AD320" w14:textId="77777777">
        <w:trPr>
          <w:cantSplit/>
          <w:jc w:val="center"/>
        </w:trPr>
        <w:tc>
          <w:tcPr>
            <w:tcW w:w="10282" w:type="dxa"/>
            <w:shd w:val="clear" w:color="auto" w:fill="2F6B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C27B8E" w14:textId="77777777" w:rsidR="00AB1195" w:rsidRDefault="008E6A64">
            <w:pPr>
              <w:spacing w:after="0"/>
            </w:pPr>
            <w:r>
              <w:rPr>
                <w:b/>
                <w:color w:val="FFFFFF"/>
              </w:rPr>
              <w:t>Current appointment start and end dates (if fixed-term)</w:t>
            </w:r>
          </w:p>
        </w:tc>
      </w:tr>
      <w:tr w:rsidR="00AB1195" w14:paraId="306C8F85" w14:textId="77777777">
        <w:trPr>
          <w:cantSplit/>
          <w:jc w:val="center"/>
        </w:trPr>
        <w:tc>
          <w:tcPr>
            <w:tcW w:w="10282" w:type="dxa"/>
            <w:shd w:val="clear" w:color="auto" w:fill="F5F8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52329E" w14:textId="77777777" w:rsidR="00AB1195" w:rsidRDefault="008E6A64">
            <w:pPr>
              <w:spacing w:after="0"/>
            </w:pPr>
            <w:r>
              <w:rPr>
                <w:color w:val="646464"/>
              </w:rPr>
              <w:t>Click or tap here to enter text.</w:t>
            </w:r>
          </w:p>
        </w:tc>
      </w:tr>
    </w:tbl>
    <w:p w14:paraId="4FCABD07" w14:textId="77777777" w:rsidR="00AB1195" w:rsidRDefault="00AB1195">
      <w:pPr>
        <w:spacing w:after="0"/>
      </w:pPr>
    </w:p>
    <w:p w14:paraId="2FC29BF9" w14:textId="77777777" w:rsidR="00AB1195" w:rsidRDefault="008E6A64">
      <w:pPr>
        <w:pStyle w:val="FormHeading"/>
      </w:pPr>
      <w:r>
        <w:t>Eligibility category</w:t>
      </w:r>
    </w:p>
    <w:p w14:paraId="57E65E8C" w14:textId="77777777" w:rsidR="00AB1195" w:rsidRDefault="008E6A64">
      <w:pPr>
        <w:spacing w:after="20"/>
        <w:ind w:left="216"/>
      </w:pPr>
      <w:r>
        <w:t>☐ UoM: at least two years into a PhD</w:t>
      </w:r>
    </w:p>
    <w:p w14:paraId="3BC5F873" w14:textId="77777777" w:rsidR="00AB1195" w:rsidRDefault="008E6A64">
      <w:pPr>
        <w:spacing w:after="20"/>
        <w:ind w:left="216"/>
      </w:pPr>
      <w:r>
        <w:t>☐ UoM: no more than four years into a permanent academic appointment</w:t>
      </w:r>
    </w:p>
    <w:p w14:paraId="34D93A94" w14:textId="77777777" w:rsidR="00AB1195" w:rsidRDefault="008E6A64">
      <w:pPr>
        <w:spacing w:after="20"/>
        <w:ind w:left="216"/>
      </w:pPr>
      <w:r>
        <w:t>☐ MFT applicant</w:t>
      </w:r>
    </w:p>
    <w:p w14:paraId="0CA921B3" w14:textId="77777777" w:rsidR="00AB1195" w:rsidRDefault="008E6A64">
      <w:pPr>
        <w:spacing w:after="20"/>
        <w:ind w:left="216"/>
      </w:pPr>
      <w:r>
        <w:t>☐ Other / clarification required: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82"/>
      </w:tblGrid>
      <w:tr w:rsidR="00AB1195" w14:paraId="45DAC2C4" w14:textId="77777777">
        <w:trPr>
          <w:cantSplit/>
          <w:jc w:val="center"/>
        </w:trPr>
        <w:tc>
          <w:tcPr>
            <w:tcW w:w="10282" w:type="dxa"/>
            <w:shd w:val="clear" w:color="auto" w:fill="2F6B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7E9303" w14:textId="77777777" w:rsidR="00AB1195" w:rsidRDefault="008E6A64">
            <w:pPr>
              <w:spacing w:after="0"/>
            </w:pPr>
            <w:r>
              <w:rPr>
                <w:b/>
                <w:color w:val="FFFFFF"/>
              </w:rPr>
              <w:t>Brief eligibility explanation (if needed)</w:t>
            </w:r>
          </w:p>
        </w:tc>
      </w:tr>
      <w:tr w:rsidR="00AB1195" w14:paraId="546A6F17" w14:textId="77777777">
        <w:trPr>
          <w:cantSplit/>
          <w:jc w:val="center"/>
        </w:trPr>
        <w:tc>
          <w:tcPr>
            <w:tcW w:w="10282" w:type="dxa"/>
            <w:shd w:val="clear" w:color="auto" w:fill="F5F8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6EA986" w14:textId="77777777" w:rsidR="00AB1195" w:rsidRDefault="008E6A64">
            <w:pPr>
              <w:spacing w:after="0"/>
            </w:pPr>
            <w:r>
              <w:rPr>
                <w:color w:val="646464"/>
              </w:rPr>
              <w:t>Click or tap here to enter text.</w:t>
            </w:r>
          </w:p>
        </w:tc>
      </w:tr>
    </w:tbl>
    <w:p w14:paraId="1234B779" w14:textId="77777777" w:rsidR="00AB1195" w:rsidRDefault="00AB1195">
      <w:pPr>
        <w:spacing w:after="0"/>
      </w:pPr>
    </w:p>
    <w:p w14:paraId="0B6F68F0" w14:textId="77777777" w:rsidR="00AB1195" w:rsidRDefault="008E6A64">
      <w:pPr>
        <w:pStyle w:val="Heading1"/>
      </w:pPr>
      <w:r>
        <w:lastRenderedPageBreak/>
        <w:t>B. Supervision, collaboration and institutional support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70"/>
        <w:gridCol w:w="2570"/>
        <w:gridCol w:w="2570"/>
        <w:gridCol w:w="2570"/>
      </w:tblGrid>
      <w:tr w:rsidR="00AB1195" w14:paraId="078C662D" w14:textId="77777777">
        <w:trPr>
          <w:cantSplit/>
          <w:tblHeader/>
          <w:jc w:val="center"/>
        </w:trPr>
        <w:tc>
          <w:tcPr>
            <w:tcW w:w="2570" w:type="dxa"/>
            <w:shd w:val="clear" w:color="auto" w:fill="2F6B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1979B5" w14:textId="77777777" w:rsidR="00AB1195" w:rsidRDefault="008E6A64">
            <w:pPr>
              <w:spacing w:after="0"/>
            </w:pPr>
            <w:r>
              <w:rPr>
                <w:b/>
                <w:color w:val="FFFFFF"/>
                <w:sz w:val="16"/>
              </w:rPr>
              <w:t>Name</w:t>
            </w:r>
          </w:p>
        </w:tc>
        <w:tc>
          <w:tcPr>
            <w:tcW w:w="2570" w:type="dxa"/>
            <w:shd w:val="clear" w:color="auto" w:fill="2F6B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5EE947" w14:textId="77777777" w:rsidR="00AB1195" w:rsidRDefault="008E6A64">
            <w:pPr>
              <w:spacing w:after="0"/>
            </w:pPr>
            <w:r>
              <w:rPr>
                <w:b/>
                <w:color w:val="FFFFFF"/>
                <w:sz w:val="16"/>
              </w:rPr>
              <w:t>Role / organisation</w:t>
            </w:r>
          </w:p>
        </w:tc>
        <w:tc>
          <w:tcPr>
            <w:tcW w:w="2570" w:type="dxa"/>
            <w:shd w:val="clear" w:color="auto" w:fill="2F6B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27F813" w14:textId="77777777" w:rsidR="00AB1195" w:rsidRDefault="008E6A64">
            <w:pPr>
              <w:spacing w:after="0"/>
            </w:pPr>
            <w:r>
              <w:rPr>
                <w:b/>
                <w:color w:val="FFFFFF"/>
                <w:sz w:val="16"/>
              </w:rPr>
              <w:t>Email</w:t>
            </w:r>
          </w:p>
        </w:tc>
        <w:tc>
          <w:tcPr>
            <w:tcW w:w="2570" w:type="dxa"/>
            <w:shd w:val="clear" w:color="auto" w:fill="2F6B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64BBFB" w14:textId="77777777" w:rsidR="00AB1195" w:rsidRDefault="008E6A64">
            <w:pPr>
              <w:spacing w:after="0"/>
            </w:pPr>
            <w:r>
              <w:rPr>
                <w:b/>
                <w:color w:val="FFFFFF"/>
                <w:sz w:val="16"/>
              </w:rPr>
              <w:t>Contribution to project</w:t>
            </w:r>
          </w:p>
        </w:tc>
      </w:tr>
      <w:tr w:rsidR="00AB1195" w14:paraId="6423565F" w14:textId="77777777">
        <w:trPr>
          <w:cantSplit/>
          <w:jc w:val="center"/>
        </w:trPr>
        <w:tc>
          <w:tcPr>
            <w:tcW w:w="2570" w:type="dxa"/>
            <w:tcMar>
              <w:top w:w="120" w:type="dxa"/>
              <w:left w:w="70" w:type="dxa"/>
              <w:bottom w:w="120" w:type="dxa"/>
              <w:right w:w="70" w:type="dxa"/>
            </w:tcMar>
            <w:vAlign w:val="center"/>
          </w:tcPr>
          <w:p w14:paraId="30388598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570" w:type="dxa"/>
            <w:tcMar>
              <w:top w:w="120" w:type="dxa"/>
              <w:left w:w="70" w:type="dxa"/>
              <w:bottom w:w="120" w:type="dxa"/>
              <w:right w:w="70" w:type="dxa"/>
            </w:tcMar>
            <w:vAlign w:val="center"/>
          </w:tcPr>
          <w:p w14:paraId="0369E95F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570" w:type="dxa"/>
            <w:tcMar>
              <w:top w:w="120" w:type="dxa"/>
              <w:left w:w="70" w:type="dxa"/>
              <w:bottom w:w="120" w:type="dxa"/>
              <w:right w:w="70" w:type="dxa"/>
            </w:tcMar>
            <w:vAlign w:val="center"/>
          </w:tcPr>
          <w:p w14:paraId="112A8A20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570" w:type="dxa"/>
            <w:tcMar>
              <w:top w:w="120" w:type="dxa"/>
              <w:left w:w="70" w:type="dxa"/>
              <w:bottom w:w="120" w:type="dxa"/>
              <w:right w:w="70" w:type="dxa"/>
            </w:tcMar>
            <w:vAlign w:val="center"/>
          </w:tcPr>
          <w:p w14:paraId="2801B256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</w:tr>
      <w:tr w:rsidR="00AB1195" w14:paraId="6607874F" w14:textId="77777777">
        <w:trPr>
          <w:cantSplit/>
          <w:jc w:val="center"/>
        </w:trPr>
        <w:tc>
          <w:tcPr>
            <w:tcW w:w="2570" w:type="dxa"/>
            <w:tcMar>
              <w:top w:w="120" w:type="dxa"/>
              <w:left w:w="70" w:type="dxa"/>
              <w:bottom w:w="120" w:type="dxa"/>
              <w:right w:w="70" w:type="dxa"/>
            </w:tcMar>
            <w:vAlign w:val="center"/>
          </w:tcPr>
          <w:p w14:paraId="3AB55F24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570" w:type="dxa"/>
            <w:tcMar>
              <w:top w:w="120" w:type="dxa"/>
              <w:left w:w="70" w:type="dxa"/>
              <w:bottom w:w="120" w:type="dxa"/>
              <w:right w:w="70" w:type="dxa"/>
            </w:tcMar>
            <w:vAlign w:val="center"/>
          </w:tcPr>
          <w:p w14:paraId="5B0FBFBE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570" w:type="dxa"/>
            <w:tcMar>
              <w:top w:w="120" w:type="dxa"/>
              <w:left w:w="70" w:type="dxa"/>
              <w:bottom w:w="120" w:type="dxa"/>
              <w:right w:w="70" w:type="dxa"/>
            </w:tcMar>
            <w:vAlign w:val="center"/>
          </w:tcPr>
          <w:p w14:paraId="063BC9CC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570" w:type="dxa"/>
            <w:tcMar>
              <w:top w:w="120" w:type="dxa"/>
              <w:left w:w="70" w:type="dxa"/>
              <w:bottom w:w="120" w:type="dxa"/>
              <w:right w:w="70" w:type="dxa"/>
            </w:tcMar>
            <w:vAlign w:val="center"/>
          </w:tcPr>
          <w:p w14:paraId="3EB94E8F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</w:tr>
      <w:tr w:rsidR="00AB1195" w14:paraId="1BBF1016" w14:textId="77777777">
        <w:trPr>
          <w:cantSplit/>
          <w:jc w:val="center"/>
        </w:trPr>
        <w:tc>
          <w:tcPr>
            <w:tcW w:w="2570" w:type="dxa"/>
            <w:tcMar>
              <w:top w:w="120" w:type="dxa"/>
              <w:left w:w="70" w:type="dxa"/>
              <w:bottom w:w="120" w:type="dxa"/>
              <w:right w:w="70" w:type="dxa"/>
            </w:tcMar>
            <w:vAlign w:val="center"/>
          </w:tcPr>
          <w:p w14:paraId="49DEC6DA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570" w:type="dxa"/>
            <w:tcMar>
              <w:top w:w="120" w:type="dxa"/>
              <w:left w:w="70" w:type="dxa"/>
              <w:bottom w:w="120" w:type="dxa"/>
              <w:right w:w="70" w:type="dxa"/>
            </w:tcMar>
            <w:vAlign w:val="center"/>
          </w:tcPr>
          <w:p w14:paraId="027F7B48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570" w:type="dxa"/>
            <w:tcMar>
              <w:top w:w="120" w:type="dxa"/>
              <w:left w:w="70" w:type="dxa"/>
              <w:bottom w:w="120" w:type="dxa"/>
              <w:right w:w="70" w:type="dxa"/>
            </w:tcMar>
            <w:vAlign w:val="center"/>
          </w:tcPr>
          <w:p w14:paraId="6FA923B7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570" w:type="dxa"/>
            <w:tcMar>
              <w:top w:w="120" w:type="dxa"/>
              <w:left w:w="70" w:type="dxa"/>
              <w:bottom w:w="120" w:type="dxa"/>
              <w:right w:w="70" w:type="dxa"/>
            </w:tcMar>
            <w:vAlign w:val="center"/>
          </w:tcPr>
          <w:p w14:paraId="46CC03EA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82"/>
      </w:tblGrid>
      <w:tr w:rsidR="00AB1195" w14:paraId="1953CC7B" w14:textId="77777777">
        <w:trPr>
          <w:cantSplit/>
          <w:jc w:val="center"/>
        </w:trPr>
        <w:tc>
          <w:tcPr>
            <w:tcW w:w="10282" w:type="dxa"/>
            <w:shd w:val="clear" w:color="auto" w:fill="2F6B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D8DAEF" w14:textId="77777777" w:rsidR="00AB1195" w:rsidRDefault="008E6A64">
            <w:pPr>
              <w:spacing w:after="0"/>
            </w:pPr>
            <w:r>
              <w:rPr>
                <w:b/>
                <w:color w:val="FFFFFF"/>
              </w:rPr>
              <w:t>Named supervisor</w:t>
            </w:r>
          </w:p>
        </w:tc>
      </w:tr>
      <w:tr w:rsidR="00AB1195" w14:paraId="0C02F7F8" w14:textId="77777777">
        <w:trPr>
          <w:cantSplit/>
          <w:jc w:val="center"/>
        </w:trPr>
        <w:tc>
          <w:tcPr>
            <w:tcW w:w="10282" w:type="dxa"/>
            <w:shd w:val="clear" w:color="auto" w:fill="F5F8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D8535D" w14:textId="77777777" w:rsidR="00AB1195" w:rsidRDefault="008E6A64">
            <w:pPr>
              <w:spacing w:after="0"/>
            </w:pPr>
            <w:r>
              <w:rPr>
                <w:color w:val="646464"/>
              </w:rPr>
              <w:t>Name, role, organisation and email address.</w:t>
            </w:r>
          </w:p>
        </w:tc>
      </w:tr>
    </w:tbl>
    <w:p w14:paraId="68EFAF1F" w14:textId="77777777" w:rsidR="00AB1195" w:rsidRDefault="00AB1195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82"/>
      </w:tblGrid>
      <w:tr w:rsidR="00AB1195" w14:paraId="754FA298" w14:textId="77777777">
        <w:trPr>
          <w:cantSplit/>
          <w:jc w:val="center"/>
        </w:trPr>
        <w:tc>
          <w:tcPr>
            <w:tcW w:w="10282" w:type="dxa"/>
            <w:shd w:val="clear" w:color="auto" w:fill="2F6B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1E23C9" w14:textId="77777777" w:rsidR="00AB1195" w:rsidRDefault="008E6A64">
            <w:pPr>
              <w:spacing w:after="0"/>
            </w:pPr>
            <w:r>
              <w:rPr>
                <w:b/>
                <w:color w:val="FFFFFF"/>
              </w:rPr>
              <w:t>Internal teams or services to be used</w:t>
            </w:r>
          </w:p>
        </w:tc>
      </w:tr>
      <w:tr w:rsidR="00AB1195" w14:paraId="08AFD60A" w14:textId="77777777">
        <w:trPr>
          <w:cantSplit/>
          <w:jc w:val="center"/>
        </w:trPr>
        <w:tc>
          <w:tcPr>
            <w:tcW w:w="10282" w:type="dxa"/>
            <w:shd w:val="clear" w:color="auto" w:fill="F5F8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1D937D" w14:textId="77777777" w:rsidR="00AB1195" w:rsidRDefault="008E6A64">
            <w:pPr>
              <w:spacing w:after="0"/>
            </w:pPr>
            <w:r>
              <w:rPr>
                <w:color w:val="646464"/>
              </w:rPr>
              <w:t>Identify any proposed UoM or MFT team support and state whether scope, feasibility and cost have been discussed.</w:t>
            </w:r>
          </w:p>
        </w:tc>
      </w:tr>
    </w:tbl>
    <w:p w14:paraId="5CB2F6E0" w14:textId="77777777" w:rsidR="00AB1195" w:rsidRDefault="00AB1195">
      <w:pPr>
        <w:spacing w:after="0"/>
      </w:pPr>
    </w:p>
    <w:p w14:paraId="58B5E6E2" w14:textId="77777777" w:rsidR="00AB1195" w:rsidRDefault="008E6A64">
      <w:pPr>
        <w:pStyle w:val="Heading1"/>
      </w:pPr>
      <w:r>
        <w:t>C. Project statement of interest</w:t>
      </w:r>
    </w:p>
    <w:p w14:paraId="7A11F0C2" w14:textId="77777777" w:rsidR="00AB1195" w:rsidRDefault="008E6A64">
      <w:pPr>
        <w:pStyle w:val="FormHeading"/>
      </w:pPr>
      <w:r>
        <w:t>1. Project title</w:t>
      </w:r>
    </w:p>
    <w:p w14:paraId="1D4E31F9" w14:textId="77777777" w:rsidR="00AB1195" w:rsidRDefault="008E6A64">
      <w:pPr>
        <w:pStyle w:val="Guidance"/>
      </w:pPr>
      <w:r>
        <w:t>Use a short, descriptive title.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B1195" w14:paraId="35FD1FE0" w14:textId="77777777">
        <w:trPr>
          <w:cantSplit/>
          <w:jc w:val="center"/>
        </w:trPr>
        <w:tc>
          <w:tcPr>
            <w:tcW w:w="10282" w:type="dxa"/>
            <w:shd w:val="clear" w:color="auto" w:fill="FAFC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DFDBB9" w14:textId="77777777" w:rsidR="00AB1195" w:rsidRDefault="008E6A64">
            <w:r>
              <w:rPr>
                <w:color w:val="8A8A8A"/>
              </w:rPr>
              <w:t>Click or tap here to enter text.</w:t>
            </w:r>
            <w:r>
              <w:rPr>
                <w:color w:val="8A8A8A"/>
              </w:rPr>
              <w:br/>
            </w:r>
            <w:r>
              <w:rPr>
                <w:color w:val="8A8A8A"/>
              </w:rPr>
              <w:br/>
            </w:r>
          </w:p>
        </w:tc>
      </w:tr>
    </w:tbl>
    <w:p w14:paraId="4ABC9BC8" w14:textId="77777777" w:rsidR="00AB1195" w:rsidRDefault="00AB1195">
      <w:pPr>
        <w:spacing w:after="0"/>
      </w:pPr>
    </w:p>
    <w:p w14:paraId="40B12577" w14:textId="6E581A67" w:rsidR="00AB1195" w:rsidRDefault="008E6A64">
      <w:pPr>
        <w:pStyle w:val="FormHeading"/>
      </w:pPr>
      <w:r>
        <w:t xml:space="preserve">2. Plain-language project </w:t>
      </w:r>
      <w:proofErr w:type="gramStart"/>
      <w:r>
        <w:t>summary</w:t>
      </w:r>
      <w:r>
        <w:rPr>
          <w:b w:val="0"/>
          <w:color w:val="646464"/>
          <w:sz w:val="18"/>
        </w:rPr>
        <w:t xml:space="preserve">  |</w:t>
      </w:r>
      <w:proofErr w:type="gramEnd"/>
      <w:r>
        <w:rPr>
          <w:b w:val="0"/>
          <w:color w:val="646464"/>
          <w:sz w:val="18"/>
        </w:rPr>
        <w:t xml:space="preserve">  </w:t>
      </w:r>
      <w:r w:rsidR="00DF50F5">
        <w:rPr>
          <w:b w:val="0"/>
          <w:color w:val="646464"/>
          <w:sz w:val="18"/>
        </w:rPr>
        <w:t>M</w:t>
      </w:r>
      <w:r>
        <w:rPr>
          <w:b w:val="0"/>
          <w:color w:val="646464"/>
          <w:sz w:val="18"/>
        </w:rPr>
        <w:t>aximum: 100 words</w:t>
      </w:r>
    </w:p>
    <w:p w14:paraId="66F72FF4" w14:textId="77777777" w:rsidR="00AB1195" w:rsidRDefault="008E6A64">
      <w:pPr>
        <w:pStyle w:val="Guidance"/>
      </w:pPr>
      <w:r>
        <w:t>Summarise the health need, proposed activity and intended benefit for a non-specialist reader.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B1195" w14:paraId="3A47B5D4" w14:textId="77777777">
        <w:trPr>
          <w:cantSplit/>
          <w:jc w:val="center"/>
        </w:trPr>
        <w:tc>
          <w:tcPr>
            <w:tcW w:w="10282" w:type="dxa"/>
            <w:shd w:val="clear" w:color="auto" w:fill="FAFC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F788CB" w14:textId="77777777" w:rsidR="00AB1195" w:rsidRDefault="008E6A64">
            <w:r>
              <w:rPr>
                <w:color w:val="8A8A8A"/>
              </w:rPr>
              <w:t>Click or tap here to enter text.</w:t>
            </w:r>
            <w:r>
              <w:rPr>
                <w:color w:val="8A8A8A"/>
              </w:rPr>
              <w:br/>
            </w:r>
            <w:r>
              <w:rPr>
                <w:color w:val="8A8A8A"/>
              </w:rPr>
              <w:br/>
            </w:r>
            <w:r>
              <w:rPr>
                <w:color w:val="8A8A8A"/>
              </w:rPr>
              <w:br/>
            </w:r>
          </w:p>
        </w:tc>
      </w:tr>
    </w:tbl>
    <w:p w14:paraId="6C1756F0" w14:textId="77777777" w:rsidR="00AB1195" w:rsidRDefault="00AB1195">
      <w:pPr>
        <w:spacing w:after="0"/>
      </w:pPr>
    </w:p>
    <w:p w14:paraId="566F159F" w14:textId="405D0D6D" w:rsidR="00AB1195" w:rsidRDefault="008E6A64">
      <w:pPr>
        <w:pStyle w:val="FormHeading"/>
      </w:pPr>
      <w:r>
        <w:t xml:space="preserve">3. Need, problem and evidence </w:t>
      </w:r>
      <w:proofErr w:type="gramStart"/>
      <w:r>
        <w:t>base</w:t>
      </w:r>
      <w:r>
        <w:rPr>
          <w:b w:val="0"/>
          <w:color w:val="646464"/>
          <w:sz w:val="18"/>
        </w:rPr>
        <w:t xml:space="preserve">  |</w:t>
      </w:r>
      <w:proofErr w:type="gramEnd"/>
      <w:r>
        <w:rPr>
          <w:b w:val="0"/>
          <w:color w:val="646464"/>
          <w:sz w:val="18"/>
        </w:rPr>
        <w:t xml:space="preserve">  </w:t>
      </w:r>
      <w:r w:rsidR="00DF50F5">
        <w:rPr>
          <w:b w:val="0"/>
          <w:color w:val="646464"/>
          <w:sz w:val="18"/>
        </w:rPr>
        <w:t>M</w:t>
      </w:r>
      <w:r>
        <w:rPr>
          <w:b w:val="0"/>
          <w:color w:val="646464"/>
          <w:sz w:val="18"/>
        </w:rPr>
        <w:t>aximum: 150 words</w:t>
      </w:r>
    </w:p>
    <w:p w14:paraId="7E9D45E8" w14:textId="77777777" w:rsidR="00AB1195" w:rsidRDefault="008E6A64">
      <w:pPr>
        <w:pStyle w:val="Guidance"/>
      </w:pPr>
      <w:r>
        <w:t>Describe the unmet need or translation gap and the evidence that justifies the work. Note any relevant routinely collected health data.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B1195" w14:paraId="115CFA79" w14:textId="77777777">
        <w:trPr>
          <w:cantSplit/>
          <w:jc w:val="center"/>
        </w:trPr>
        <w:tc>
          <w:tcPr>
            <w:tcW w:w="10282" w:type="dxa"/>
            <w:shd w:val="clear" w:color="auto" w:fill="FAFC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8FCA9E" w14:textId="77777777" w:rsidR="00AB1195" w:rsidRDefault="008E6A64">
            <w:r>
              <w:rPr>
                <w:color w:val="8A8A8A"/>
              </w:rPr>
              <w:t>Click or tap here to enter text.</w:t>
            </w:r>
            <w:r>
              <w:rPr>
                <w:color w:val="8A8A8A"/>
              </w:rPr>
              <w:br/>
            </w:r>
            <w:r>
              <w:rPr>
                <w:color w:val="8A8A8A"/>
              </w:rPr>
              <w:br/>
            </w:r>
            <w:r>
              <w:rPr>
                <w:color w:val="8A8A8A"/>
              </w:rPr>
              <w:br/>
            </w:r>
            <w:r>
              <w:rPr>
                <w:color w:val="8A8A8A"/>
              </w:rPr>
              <w:br/>
            </w:r>
          </w:p>
        </w:tc>
      </w:tr>
    </w:tbl>
    <w:p w14:paraId="3701BD2A" w14:textId="77777777" w:rsidR="00AB1195" w:rsidRDefault="00AB1195">
      <w:pPr>
        <w:spacing w:after="0"/>
      </w:pPr>
    </w:p>
    <w:p w14:paraId="58C2B97E" w14:textId="39093A79" w:rsidR="00AB1195" w:rsidRDefault="008E6A64">
      <w:pPr>
        <w:pStyle w:val="FormHeading"/>
      </w:pPr>
      <w:r>
        <w:t xml:space="preserve">4. Research question, innovation objectives and proposed </w:t>
      </w:r>
      <w:proofErr w:type="gramStart"/>
      <w:r>
        <w:t>activity</w:t>
      </w:r>
      <w:r>
        <w:rPr>
          <w:b w:val="0"/>
          <w:color w:val="646464"/>
          <w:sz w:val="18"/>
        </w:rPr>
        <w:t xml:space="preserve">  |</w:t>
      </w:r>
      <w:proofErr w:type="gramEnd"/>
      <w:r>
        <w:rPr>
          <w:b w:val="0"/>
          <w:color w:val="646464"/>
          <w:sz w:val="18"/>
        </w:rPr>
        <w:t xml:space="preserve">  </w:t>
      </w:r>
      <w:r w:rsidR="00DF50F5">
        <w:rPr>
          <w:b w:val="0"/>
          <w:color w:val="646464"/>
          <w:sz w:val="18"/>
        </w:rPr>
        <w:t>M</w:t>
      </w:r>
      <w:r>
        <w:rPr>
          <w:b w:val="0"/>
          <w:color w:val="646464"/>
          <w:sz w:val="18"/>
        </w:rPr>
        <w:t>aximum: 200 words</w:t>
      </w:r>
    </w:p>
    <w:p w14:paraId="4152EA52" w14:textId="77777777" w:rsidR="00AB1195" w:rsidRDefault="008E6A64">
      <w:pPr>
        <w:pStyle w:val="Guidance"/>
      </w:pPr>
      <w:r>
        <w:t>State the question or objectives clearly. Explain what you will do, including any pilot, feasibility, evaluation or evidence-generation activity.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B1195" w14:paraId="429FA254" w14:textId="77777777">
        <w:trPr>
          <w:cantSplit/>
          <w:jc w:val="center"/>
        </w:trPr>
        <w:tc>
          <w:tcPr>
            <w:tcW w:w="10282" w:type="dxa"/>
            <w:shd w:val="clear" w:color="auto" w:fill="FAFC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F41393" w14:textId="77777777" w:rsidR="00AB1195" w:rsidRDefault="008E6A64">
            <w:r>
              <w:rPr>
                <w:color w:val="8A8A8A"/>
              </w:rPr>
              <w:lastRenderedPageBreak/>
              <w:t>Click or tap here to enter text.</w:t>
            </w:r>
            <w:r>
              <w:rPr>
                <w:color w:val="8A8A8A"/>
              </w:rPr>
              <w:br/>
            </w:r>
            <w:r>
              <w:rPr>
                <w:color w:val="8A8A8A"/>
              </w:rPr>
              <w:br/>
            </w:r>
            <w:r>
              <w:rPr>
                <w:color w:val="8A8A8A"/>
              </w:rPr>
              <w:br/>
            </w:r>
            <w:r>
              <w:rPr>
                <w:color w:val="8A8A8A"/>
              </w:rPr>
              <w:br/>
            </w:r>
            <w:r>
              <w:rPr>
                <w:color w:val="8A8A8A"/>
              </w:rPr>
              <w:br/>
            </w:r>
          </w:p>
        </w:tc>
      </w:tr>
    </w:tbl>
    <w:p w14:paraId="012345A3" w14:textId="77777777" w:rsidR="00AB1195" w:rsidRDefault="00AB1195">
      <w:pPr>
        <w:spacing w:after="0"/>
      </w:pPr>
    </w:p>
    <w:p w14:paraId="41333EE1" w14:textId="69806227" w:rsidR="00AB1195" w:rsidRDefault="008E6A64">
      <w:pPr>
        <w:pStyle w:val="FormHeading"/>
      </w:pPr>
      <w:r>
        <w:t xml:space="preserve">5. Position on the translational </w:t>
      </w:r>
      <w:proofErr w:type="gramStart"/>
      <w:r>
        <w:t>pathway</w:t>
      </w:r>
      <w:r>
        <w:rPr>
          <w:b w:val="0"/>
          <w:color w:val="646464"/>
          <w:sz w:val="18"/>
        </w:rPr>
        <w:t xml:space="preserve">  |</w:t>
      </w:r>
      <w:proofErr w:type="gramEnd"/>
      <w:r>
        <w:rPr>
          <w:b w:val="0"/>
          <w:color w:val="646464"/>
          <w:sz w:val="18"/>
        </w:rPr>
        <w:t xml:space="preserve">  </w:t>
      </w:r>
      <w:r w:rsidR="00DF50F5">
        <w:rPr>
          <w:b w:val="0"/>
          <w:color w:val="646464"/>
          <w:sz w:val="18"/>
        </w:rPr>
        <w:t>M</w:t>
      </w:r>
      <w:r>
        <w:rPr>
          <w:b w:val="0"/>
          <w:color w:val="646464"/>
          <w:sz w:val="18"/>
        </w:rPr>
        <w:t>aximum: 150 words</w:t>
      </w:r>
    </w:p>
    <w:p w14:paraId="66000E36" w14:textId="77777777" w:rsidR="00AB1195" w:rsidRDefault="008E6A64">
      <w:pPr>
        <w:pStyle w:val="Guidance"/>
      </w:pPr>
      <w:r>
        <w:t>Identify the project’s current position using the Pankhurst Health Technology Translation Toolkit Progress Tracker and explain how the fellowship will advance it.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B1195" w14:paraId="22116BF6" w14:textId="77777777">
        <w:trPr>
          <w:cantSplit/>
          <w:jc w:val="center"/>
        </w:trPr>
        <w:tc>
          <w:tcPr>
            <w:tcW w:w="10282" w:type="dxa"/>
            <w:shd w:val="clear" w:color="auto" w:fill="FAFC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2E1612" w14:textId="77777777" w:rsidR="00AB1195" w:rsidRDefault="008E6A64">
            <w:r>
              <w:rPr>
                <w:color w:val="8A8A8A"/>
              </w:rPr>
              <w:t>Click or tap here to enter text.</w:t>
            </w:r>
            <w:r>
              <w:rPr>
                <w:color w:val="8A8A8A"/>
              </w:rPr>
              <w:br/>
            </w:r>
            <w:r>
              <w:rPr>
                <w:color w:val="8A8A8A"/>
              </w:rPr>
              <w:br/>
            </w:r>
            <w:r>
              <w:rPr>
                <w:color w:val="8A8A8A"/>
              </w:rPr>
              <w:br/>
            </w:r>
            <w:r>
              <w:rPr>
                <w:color w:val="8A8A8A"/>
              </w:rPr>
              <w:br/>
            </w:r>
          </w:p>
        </w:tc>
      </w:tr>
    </w:tbl>
    <w:p w14:paraId="1167716B" w14:textId="77777777" w:rsidR="00AB1195" w:rsidRDefault="00AB1195">
      <w:pPr>
        <w:spacing w:after="0"/>
      </w:pPr>
    </w:p>
    <w:p w14:paraId="4876E06D" w14:textId="795B55FB" w:rsidR="00AB1195" w:rsidRDefault="008E6A64">
      <w:pPr>
        <w:pStyle w:val="FormHeading"/>
      </w:pPr>
      <w:r>
        <w:t xml:space="preserve">6. Fit with the CPI remit and Greater Manchester health </w:t>
      </w:r>
      <w:proofErr w:type="gramStart"/>
      <w:r>
        <w:t>priorities</w:t>
      </w:r>
      <w:r>
        <w:rPr>
          <w:b w:val="0"/>
          <w:color w:val="646464"/>
          <w:sz w:val="18"/>
        </w:rPr>
        <w:t xml:space="preserve">  |</w:t>
      </w:r>
      <w:proofErr w:type="gramEnd"/>
      <w:r>
        <w:rPr>
          <w:b w:val="0"/>
          <w:color w:val="646464"/>
          <w:sz w:val="18"/>
        </w:rPr>
        <w:t xml:space="preserve">  </w:t>
      </w:r>
      <w:r w:rsidR="00DF50F5">
        <w:rPr>
          <w:b w:val="0"/>
          <w:color w:val="646464"/>
          <w:sz w:val="18"/>
        </w:rPr>
        <w:t>M</w:t>
      </w:r>
      <w:r>
        <w:rPr>
          <w:b w:val="0"/>
          <w:color w:val="646464"/>
          <w:sz w:val="18"/>
        </w:rPr>
        <w:t>aximum: 125 words</w:t>
      </w:r>
    </w:p>
    <w:p w14:paraId="138C852D" w14:textId="77777777" w:rsidR="00AB1195" w:rsidRDefault="008E6A64">
      <w:pPr>
        <w:pStyle w:val="Guidance"/>
      </w:pPr>
      <w:r>
        <w:t>Explain the fit with needs-led health technology research and innovation, including any alignment with health-system priorities in Greater Manchester.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B1195" w14:paraId="25F830CB" w14:textId="77777777">
        <w:trPr>
          <w:cantSplit/>
          <w:jc w:val="center"/>
        </w:trPr>
        <w:tc>
          <w:tcPr>
            <w:tcW w:w="10282" w:type="dxa"/>
            <w:shd w:val="clear" w:color="auto" w:fill="FAFC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DDBF15" w14:textId="77777777" w:rsidR="00AB1195" w:rsidRDefault="008E6A64">
            <w:r>
              <w:rPr>
                <w:color w:val="8A8A8A"/>
              </w:rPr>
              <w:t>Click or tap here to enter text.</w:t>
            </w:r>
            <w:r>
              <w:rPr>
                <w:color w:val="8A8A8A"/>
              </w:rPr>
              <w:br/>
            </w:r>
            <w:r>
              <w:rPr>
                <w:color w:val="8A8A8A"/>
              </w:rPr>
              <w:br/>
            </w:r>
            <w:r>
              <w:rPr>
                <w:color w:val="8A8A8A"/>
              </w:rPr>
              <w:br/>
            </w:r>
            <w:r>
              <w:rPr>
                <w:color w:val="8A8A8A"/>
              </w:rPr>
              <w:br/>
            </w:r>
          </w:p>
        </w:tc>
      </w:tr>
    </w:tbl>
    <w:p w14:paraId="3D749D02" w14:textId="77777777" w:rsidR="00AB1195" w:rsidRDefault="00AB1195">
      <w:pPr>
        <w:spacing w:after="0"/>
      </w:pPr>
    </w:p>
    <w:p w14:paraId="3DB83795" w14:textId="2234E2DA" w:rsidR="00AB1195" w:rsidRDefault="008E6A64">
      <w:pPr>
        <w:pStyle w:val="FormHeading"/>
      </w:pPr>
      <w:r>
        <w:t xml:space="preserve">7. Novelty and </w:t>
      </w:r>
      <w:proofErr w:type="gramStart"/>
      <w:r>
        <w:t>innovation</w:t>
      </w:r>
      <w:r>
        <w:rPr>
          <w:b w:val="0"/>
          <w:color w:val="646464"/>
          <w:sz w:val="18"/>
        </w:rPr>
        <w:t xml:space="preserve">  |</w:t>
      </w:r>
      <w:proofErr w:type="gramEnd"/>
      <w:r>
        <w:rPr>
          <w:b w:val="0"/>
          <w:color w:val="646464"/>
          <w:sz w:val="18"/>
        </w:rPr>
        <w:t xml:space="preserve">  </w:t>
      </w:r>
      <w:r w:rsidR="00DF50F5">
        <w:rPr>
          <w:b w:val="0"/>
          <w:color w:val="646464"/>
          <w:sz w:val="18"/>
        </w:rPr>
        <w:t>M</w:t>
      </w:r>
      <w:r>
        <w:rPr>
          <w:b w:val="0"/>
          <w:color w:val="646464"/>
          <w:sz w:val="18"/>
        </w:rPr>
        <w:t>aximum: 100 words</w:t>
      </w:r>
    </w:p>
    <w:p w14:paraId="5F393182" w14:textId="77777777" w:rsidR="00AB1195" w:rsidRDefault="008E6A64">
      <w:pPr>
        <w:pStyle w:val="Guidance"/>
      </w:pPr>
      <w:r>
        <w:t>Explain what is distinctive about the proposed use of digital systems, devices or data.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B1195" w14:paraId="5157F721" w14:textId="77777777">
        <w:trPr>
          <w:cantSplit/>
          <w:jc w:val="center"/>
        </w:trPr>
        <w:tc>
          <w:tcPr>
            <w:tcW w:w="10282" w:type="dxa"/>
            <w:shd w:val="clear" w:color="auto" w:fill="FAFC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2D3506" w14:textId="77777777" w:rsidR="00AB1195" w:rsidRDefault="008E6A64">
            <w:r>
              <w:rPr>
                <w:color w:val="8A8A8A"/>
              </w:rPr>
              <w:t>Click or tap here to enter text.</w:t>
            </w:r>
            <w:r>
              <w:rPr>
                <w:color w:val="8A8A8A"/>
              </w:rPr>
              <w:br/>
            </w:r>
            <w:r>
              <w:rPr>
                <w:color w:val="8A8A8A"/>
              </w:rPr>
              <w:br/>
            </w:r>
            <w:r>
              <w:rPr>
                <w:color w:val="8A8A8A"/>
              </w:rPr>
              <w:br/>
            </w:r>
          </w:p>
        </w:tc>
      </w:tr>
    </w:tbl>
    <w:p w14:paraId="36B07F8F" w14:textId="77777777" w:rsidR="00AB1195" w:rsidRDefault="00AB1195">
      <w:pPr>
        <w:spacing w:after="0"/>
      </w:pPr>
    </w:p>
    <w:p w14:paraId="2C1A713C" w14:textId="3BCCC675" w:rsidR="00AB1195" w:rsidRDefault="008E6A64">
      <w:pPr>
        <w:pStyle w:val="FormHeading"/>
      </w:pPr>
      <w:r>
        <w:t xml:space="preserve">8. Anticipated outcomes and route to </w:t>
      </w:r>
      <w:proofErr w:type="gramStart"/>
      <w:r>
        <w:t>impact</w:t>
      </w:r>
      <w:r>
        <w:rPr>
          <w:b w:val="0"/>
          <w:color w:val="646464"/>
          <w:sz w:val="18"/>
        </w:rPr>
        <w:t xml:space="preserve">  |</w:t>
      </w:r>
      <w:proofErr w:type="gramEnd"/>
      <w:r>
        <w:rPr>
          <w:b w:val="0"/>
          <w:color w:val="646464"/>
          <w:sz w:val="18"/>
        </w:rPr>
        <w:t xml:space="preserve">  </w:t>
      </w:r>
      <w:r w:rsidR="00DF50F5">
        <w:rPr>
          <w:b w:val="0"/>
          <w:color w:val="646464"/>
          <w:sz w:val="18"/>
        </w:rPr>
        <w:t>M</w:t>
      </w:r>
      <w:r>
        <w:rPr>
          <w:b w:val="0"/>
          <w:color w:val="646464"/>
          <w:sz w:val="18"/>
        </w:rPr>
        <w:t>aximum: 150 words</w:t>
      </w:r>
    </w:p>
    <w:p w14:paraId="0D76CDF0" w14:textId="77777777" w:rsidR="00AB1195" w:rsidRDefault="008E6A64">
      <w:pPr>
        <w:pStyle w:val="Guidance"/>
      </w:pPr>
      <w:r>
        <w:t>Specify tangible outputs, intended outcomes and how the work could contribute to meaningful impact in healthcare practice.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B1195" w14:paraId="6E4012FB" w14:textId="77777777">
        <w:trPr>
          <w:cantSplit/>
          <w:jc w:val="center"/>
        </w:trPr>
        <w:tc>
          <w:tcPr>
            <w:tcW w:w="10282" w:type="dxa"/>
            <w:shd w:val="clear" w:color="auto" w:fill="FAFC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C71A13" w14:textId="77777777" w:rsidR="00AB1195" w:rsidRDefault="008E6A64">
            <w:r>
              <w:rPr>
                <w:color w:val="8A8A8A"/>
              </w:rPr>
              <w:t>Click or tap here to enter text.</w:t>
            </w:r>
            <w:r>
              <w:rPr>
                <w:color w:val="8A8A8A"/>
              </w:rPr>
              <w:br/>
            </w:r>
            <w:r>
              <w:rPr>
                <w:color w:val="8A8A8A"/>
              </w:rPr>
              <w:br/>
            </w:r>
            <w:r>
              <w:rPr>
                <w:color w:val="8A8A8A"/>
              </w:rPr>
              <w:br/>
            </w:r>
            <w:r>
              <w:rPr>
                <w:color w:val="8A8A8A"/>
              </w:rPr>
              <w:br/>
            </w:r>
          </w:p>
        </w:tc>
      </w:tr>
    </w:tbl>
    <w:p w14:paraId="2B251D59" w14:textId="77777777" w:rsidR="00AB1195" w:rsidRDefault="00AB1195">
      <w:pPr>
        <w:spacing w:after="0"/>
      </w:pPr>
    </w:p>
    <w:p w14:paraId="49E3A40A" w14:textId="5340762B" w:rsidR="00AB1195" w:rsidRDefault="008E6A64">
      <w:pPr>
        <w:pStyle w:val="FormHeading"/>
      </w:pPr>
      <w:r>
        <w:t xml:space="preserve">9. Delivery plan and </w:t>
      </w:r>
      <w:proofErr w:type="gramStart"/>
      <w:r>
        <w:t>feasibility</w:t>
      </w:r>
      <w:r>
        <w:rPr>
          <w:b w:val="0"/>
          <w:color w:val="646464"/>
          <w:sz w:val="18"/>
        </w:rPr>
        <w:t xml:space="preserve">  |</w:t>
      </w:r>
      <w:proofErr w:type="gramEnd"/>
      <w:r>
        <w:rPr>
          <w:b w:val="0"/>
          <w:color w:val="646464"/>
          <w:sz w:val="18"/>
        </w:rPr>
        <w:t xml:space="preserve">  </w:t>
      </w:r>
      <w:r w:rsidR="00DF50F5">
        <w:rPr>
          <w:b w:val="0"/>
          <w:color w:val="646464"/>
          <w:sz w:val="18"/>
        </w:rPr>
        <w:t>M</w:t>
      </w:r>
      <w:r>
        <w:rPr>
          <w:b w:val="0"/>
          <w:color w:val="646464"/>
          <w:sz w:val="18"/>
        </w:rPr>
        <w:t>aximum: 150 words</w:t>
      </w:r>
    </w:p>
    <w:p w14:paraId="3D190320" w14:textId="77777777" w:rsidR="00AB1195" w:rsidRDefault="008E6A64">
      <w:pPr>
        <w:pStyle w:val="Guidance"/>
      </w:pPr>
      <w:r>
        <w:t>Set out key activities, dependencies, risks and mitigations. Explain why the work is deliverable within the fellowship period and budget.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B1195" w14:paraId="3D7DE048" w14:textId="77777777">
        <w:trPr>
          <w:cantSplit/>
          <w:jc w:val="center"/>
        </w:trPr>
        <w:tc>
          <w:tcPr>
            <w:tcW w:w="10282" w:type="dxa"/>
            <w:shd w:val="clear" w:color="auto" w:fill="FAFC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99C742" w14:textId="77777777" w:rsidR="00AB1195" w:rsidRDefault="008E6A64">
            <w:r>
              <w:rPr>
                <w:color w:val="8A8A8A"/>
              </w:rPr>
              <w:lastRenderedPageBreak/>
              <w:t>Click or tap here to enter text.</w:t>
            </w:r>
            <w:r>
              <w:rPr>
                <w:color w:val="8A8A8A"/>
              </w:rPr>
              <w:br/>
            </w:r>
            <w:r>
              <w:rPr>
                <w:color w:val="8A8A8A"/>
              </w:rPr>
              <w:br/>
            </w:r>
            <w:r>
              <w:rPr>
                <w:color w:val="8A8A8A"/>
              </w:rPr>
              <w:br/>
            </w:r>
            <w:r>
              <w:rPr>
                <w:color w:val="8A8A8A"/>
              </w:rPr>
              <w:br/>
            </w:r>
          </w:p>
        </w:tc>
      </w:tr>
    </w:tbl>
    <w:p w14:paraId="2111F191" w14:textId="77777777" w:rsidR="00AB1195" w:rsidRDefault="00AB1195">
      <w:pPr>
        <w:spacing w:after="0"/>
      </w:pPr>
    </w:p>
    <w:p w14:paraId="486CFF1F" w14:textId="4B8A9639" w:rsidR="00AB1195" w:rsidRDefault="008E6A64">
      <w:pPr>
        <w:pStyle w:val="FormHeading"/>
      </w:pPr>
      <w:r>
        <w:t xml:space="preserve">10. Fellow’s role, contribution and </w:t>
      </w:r>
      <w:proofErr w:type="gramStart"/>
      <w:r>
        <w:t>development</w:t>
      </w:r>
      <w:r>
        <w:rPr>
          <w:b w:val="0"/>
          <w:color w:val="646464"/>
          <w:sz w:val="18"/>
        </w:rPr>
        <w:t xml:space="preserve">  |</w:t>
      </w:r>
      <w:proofErr w:type="gramEnd"/>
      <w:r>
        <w:rPr>
          <w:b w:val="0"/>
          <w:color w:val="646464"/>
          <w:sz w:val="18"/>
        </w:rPr>
        <w:t xml:space="preserve">  </w:t>
      </w:r>
      <w:r w:rsidR="00DF50F5">
        <w:rPr>
          <w:b w:val="0"/>
          <w:color w:val="646464"/>
          <w:sz w:val="18"/>
        </w:rPr>
        <w:t>M</w:t>
      </w:r>
      <w:r>
        <w:rPr>
          <w:b w:val="0"/>
          <w:color w:val="646464"/>
          <w:sz w:val="18"/>
        </w:rPr>
        <w:t>aximum: 75 words</w:t>
      </w:r>
    </w:p>
    <w:p w14:paraId="188431FD" w14:textId="77777777" w:rsidR="00AB1195" w:rsidRDefault="008E6A64">
      <w:pPr>
        <w:pStyle w:val="Guidance"/>
      </w:pPr>
      <w:r>
        <w:t>Clarify your personal contribution and how the fellowship will support your translational capability or career development.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B1195" w14:paraId="6876361B" w14:textId="77777777">
        <w:trPr>
          <w:cantSplit/>
          <w:jc w:val="center"/>
        </w:trPr>
        <w:tc>
          <w:tcPr>
            <w:tcW w:w="10282" w:type="dxa"/>
            <w:shd w:val="clear" w:color="auto" w:fill="FAFC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7E75B4" w14:textId="77777777" w:rsidR="00AB1195" w:rsidRDefault="008E6A64">
            <w:r>
              <w:rPr>
                <w:color w:val="8A8A8A"/>
              </w:rPr>
              <w:t>Click or tap here to enter text.</w:t>
            </w:r>
            <w:r>
              <w:rPr>
                <w:color w:val="8A8A8A"/>
              </w:rPr>
              <w:br/>
            </w:r>
            <w:r>
              <w:rPr>
                <w:color w:val="8A8A8A"/>
              </w:rPr>
              <w:br/>
            </w:r>
            <w:r>
              <w:rPr>
                <w:color w:val="8A8A8A"/>
              </w:rPr>
              <w:br/>
            </w:r>
          </w:p>
        </w:tc>
      </w:tr>
    </w:tbl>
    <w:p w14:paraId="1A06A119" w14:textId="77777777" w:rsidR="00AB1195" w:rsidRDefault="00AB1195">
      <w:pPr>
        <w:spacing w:after="0"/>
      </w:pPr>
    </w:p>
    <w:p w14:paraId="0B5EF628" w14:textId="77777777" w:rsidR="00AB1195" w:rsidRDefault="008E6A64">
      <w:pPr>
        <w:pStyle w:val="Heading1"/>
      </w:pPr>
      <w:r>
        <w:t>D. Workplan and milestones</w:t>
      </w:r>
    </w:p>
    <w:p w14:paraId="5516073D" w14:textId="1EB1DCB4" w:rsidR="00AB1195" w:rsidRDefault="008E6A64">
      <w:pPr>
        <w:pStyle w:val="Guidance"/>
      </w:pPr>
      <w:r>
        <w:t xml:space="preserve">Fellowship duration stated in the call: 1 January to 30 June. 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70"/>
        <w:gridCol w:w="2570"/>
        <w:gridCol w:w="2570"/>
        <w:gridCol w:w="2570"/>
      </w:tblGrid>
      <w:tr w:rsidR="00AB1195" w14:paraId="2329C1CE" w14:textId="77777777">
        <w:trPr>
          <w:cantSplit/>
          <w:tblHeader/>
          <w:jc w:val="center"/>
        </w:trPr>
        <w:tc>
          <w:tcPr>
            <w:tcW w:w="2570" w:type="dxa"/>
            <w:shd w:val="clear" w:color="auto" w:fill="2F6B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209D87" w14:textId="77777777" w:rsidR="00AB1195" w:rsidRDefault="008E6A64">
            <w:pPr>
              <w:spacing w:after="0"/>
            </w:pPr>
            <w:r>
              <w:rPr>
                <w:b/>
                <w:color w:val="FFFFFF"/>
                <w:sz w:val="16"/>
              </w:rPr>
              <w:t>Period</w:t>
            </w:r>
          </w:p>
        </w:tc>
        <w:tc>
          <w:tcPr>
            <w:tcW w:w="2570" w:type="dxa"/>
            <w:shd w:val="clear" w:color="auto" w:fill="2F6B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48333E" w14:textId="77777777" w:rsidR="00AB1195" w:rsidRDefault="008E6A64">
            <w:pPr>
              <w:spacing w:after="0"/>
            </w:pPr>
            <w:r>
              <w:rPr>
                <w:b/>
                <w:color w:val="FFFFFF"/>
                <w:sz w:val="16"/>
              </w:rPr>
              <w:t>Activity / milestone</w:t>
            </w:r>
          </w:p>
        </w:tc>
        <w:tc>
          <w:tcPr>
            <w:tcW w:w="2570" w:type="dxa"/>
            <w:shd w:val="clear" w:color="auto" w:fill="2F6B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E273EB" w14:textId="77777777" w:rsidR="00AB1195" w:rsidRDefault="008E6A64">
            <w:pPr>
              <w:spacing w:after="0"/>
            </w:pPr>
            <w:r>
              <w:rPr>
                <w:b/>
                <w:color w:val="FFFFFF"/>
                <w:sz w:val="16"/>
              </w:rPr>
              <w:t>Output or success measure</w:t>
            </w:r>
          </w:p>
        </w:tc>
        <w:tc>
          <w:tcPr>
            <w:tcW w:w="2570" w:type="dxa"/>
            <w:shd w:val="clear" w:color="auto" w:fill="2F6B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85C02A" w14:textId="77777777" w:rsidR="00AB1195" w:rsidRDefault="008E6A64">
            <w:pPr>
              <w:spacing w:after="0"/>
            </w:pPr>
            <w:r>
              <w:rPr>
                <w:b/>
                <w:color w:val="FFFFFF"/>
                <w:sz w:val="16"/>
              </w:rPr>
              <w:t>Lead / contributors</w:t>
            </w:r>
          </w:p>
        </w:tc>
      </w:tr>
      <w:tr w:rsidR="00AB1195" w14:paraId="2577C3A7" w14:textId="77777777">
        <w:trPr>
          <w:cantSplit/>
          <w:jc w:val="center"/>
        </w:trPr>
        <w:tc>
          <w:tcPr>
            <w:tcW w:w="2570" w:type="dxa"/>
            <w:tcMar>
              <w:top w:w="95" w:type="dxa"/>
              <w:left w:w="70" w:type="dxa"/>
              <w:bottom w:w="95" w:type="dxa"/>
              <w:right w:w="70" w:type="dxa"/>
            </w:tcMar>
            <w:vAlign w:val="center"/>
          </w:tcPr>
          <w:p w14:paraId="13FCB0AA" w14:textId="77777777" w:rsidR="00AB1195" w:rsidRDefault="008E6A64">
            <w:pPr>
              <w:spacing w:after="0"/>
            </w:pPr>
            <w:r>
              <w:rPr>
                <w:color w:val="20332F"/>
                <w:sz w:val="16"/>
              </w:rPr>
              <w:t>January</w:t>
            </w:r>
          </w:p>
        </w:tc>
        <w:tc>
          <w:tcPr>
            <w:tcW w:w="2570" w:type="dxa"/>
            <w:tcMar>
              <w:top w:w="95" w:type="dxa"/>
              <w:left w:w="70" w:type="dxa"/>
              <w:bottom w:w="95" w:type="dxa"/>
              <w:right w:w="70" w:type="dxa"/>
            </w:tcMar>
            <w:vAlign w:val="center"/>
          </w:tcPr>
          <w:p w14:paraId="60121F68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570" w:type="dxa"/>
            <w:tcMar>
              <w:top w:w="95" w:type="dxa"/>
              <w:left w:w="70" w:type="dxa"/>
              <w:bottom w:w="95" w:type="dxa"/>
              <w:right w:w="70" w:type="dxa"/>
            </w:tcMar>
            <w:vAlign w:val="center"/>
          </w:tcPr>
          <w:p w14:paraId="324BB4B8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570" w:type="dxa"/>
            <w:tcMar>
              <w:top w:w="95" w:type="dxa"/>
              <w:left w:w="70" w:type="dxa"/>
              <w:bottom w:w="95" w:type="dxa"/>
              <w:right w:w="70" w:type="dxa"/>
            </w:tcMar>
            <w:vAlign w:val="center"/>
          </w:tcPr>
          <w:p w14:paraId="1D60CBD1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</w:tr>
      <w:tr w:rsidR="00AB1195" w14:paraId="40C23930" w14:textId="77777777">
        <w:trPr>
          <w:cantSplit/>
          <w:jc w:val="center"/>
        </w:trPr>
        <w:tc>
          <w:tcPr>
            <w:tcW w:w="2570" w:type="dxa"/>
            <w:tcMar>
              <w:top w:w="95" w:type="dxa"/>
              <w:left w:w="70" w:type="dxa"/>
              <w:bottom w:w="95" w:type="dxa"/>
              <w:right w:w="70" w:type="dxa"/>
            </w:tcMar>
            <w:vAlign w:val="center"/>
          </w:tcPr>
          <w:p w14:paraId="7E99B661" w14:textId="77777777" w:rsidR="00AB1195" w:rsidRDefault="008E6A64">
            <w:pPr>
              <w:spacing w:after="0"/>
            </w:pPr>
            <w:r>
              <w:rPr>
                <w:color w:val="20332F"/>
                <w:sz w:val="16"/>
              </w:rPr>
              <w:t>February</w:t>
            </w:r>
          </w:p>
        </w:tc>
        <w:tc>
          <w:tcPr>
            <w:tcW w:w="2570" w:type="dxa"/>
            <w:tcMar>
              <w:top w:w="95" w:type="dxa"/>
              <w:left w:w="70" w:type="dxa"/>
              <w:bottom w:w="95" w:type="dxa"/>
              <w:right w:w="70" w:type="dxa"/>
            </w:tcMar>
            <w:vAlign w:val="center"/>
          </w:tcPr>
          <w:p w14:paraId="69F6A9D6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570" w:type="dxa"/>
            <w:tcMar>
              <w:top w:w="95" w:type="dxa"/>
              <w:left w:w="70" w:type="dxa"/>
              <w:bottom w:w="95" w:type="dxa"/>
              <w:right w:w="70" w:type="dxa"/>
            </w:tcMar>
            <w:vAlign w:val="center"/>
          </w:tcPr>
          <w:p w14:paraId="36DE67A9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570" w:type="dxa"/>
            <w:tcMar>
              <w:top w:w="95" w:type="dxa"/>
              <w:left w:w="70" w:type="dxa"/>
              <w:bottom w:w="95" w:type="dxa"/>
              <w:right w:w="70" w:type="dxa"/>
            </w:tcMar>
            <w:vAlign w:val="center"/>
          </w:tcPr>
          <w:p w14:paraId="0D3B8DF9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</w:tr>
      <w:tr w:rsidR="00AB1195" w14:paraId="59AD3AD5" w14:textId="77777777">
        <w:trPr>
          <w:cantSplit/>
          <w:jc w:val="center"/>
        </w:trPr>
        <w:tc>
          <w:tcPr>
            <w:tcW w:w="2570" w:type="dxa"/>
            <w:tcMar>
              <w:top w:w="95" w:type="dxa"/>
              <w:left w:w="70" w:type="dxa"/>
              <w:bottom w:w="95" w:type="dxa"/>
              <w:right w:w="70" w:type="dxa"/>
            </w:tcMar>
            <w:vAlign w:val="center"/>
          </w:tcPr>
          <w:p w14:paraId="7618B4F6" w14:textId="77777777" w:rsidR="00AB1195" w:rsidRDefault="008E6A64">
            <w:pPr>
              <w:spacing w:after="0"/>
            </w:pPr>
            <w:r>
              <w:rPr>
                <w:color w:val="20332F"/>
                <w:sz w:val="16"/>
              </w:rPr>
              <w:t>March</w:t>
            </w:r>
          </w:p>
        </w:tc>
        <w:tc>
          <w:tcPr>
            <w:tcW w:w="2570" w:type="dxa"/>
            <w:tcMar>
              <w:top w:w="95" w:type="dxa"/>
              <w:left w:w="70" w:type="dxa"/>
              <w:bottom w:w="95" w:type="dxa"/>
              <w:right w:w="70" w:type="dxa"/>
            </w:tcMar>
            <w:vAlign w:val="center"/>
          </w:tcPr>
          <w:p w14:paraId="2CE328FF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570" w:type="dxa"/>
            <w:tcMar>
              <w:top w:w="95" w:type="dxa"/>
              <w:left w:w="70" w:type="dxa"/>
              <w:bottom w:w="95" w:type="dxa"/>
              <w:right w:w="70" w:type="dxa"/>
            </w:tcMar>
            <w:vAlign w:val="center"/>
          </w:tcPr>
          <w:p w14:paraId="21A87A35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570" w:type="dxa"/>
            <w:tcMar>
              <w:top w:w="95" w:type="dxa"/>
              <w:left w:w="70" w:type="dxa"/>
              <w:bottom w:w="95" w:type="dxa"/>
              <w:right w:w="70" w:type="dxa"/>
            </w:tcMar>
            <w:vAlign w:val="center"/>
          </w:tcPr>
          <w:p w14:paraId="5765063D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</w:tr>
      <w:tr w:rsidR="00AB1195" w14:paraId="7615707A" w14:textId="77777777">
        <w:trPr>
          <w:cantSplit/>
          <w:jc w:val="center"/>
        </w:trPr>
        <w:tc>
          <w:tcPr>
            <w:tcW w:w="2570" w:type="dxa"/>
            <w:tcMar>
              <w:top w:w="95" w:type="dxa"/>
              <w:left w:w="70" w:type="dxa"/>
              <w:bottom w:w="95" w:type="dxa"/>
              <w:right w:w="70" w:type="dxa"/>
            </w:tcMar>
            <w:vAlign w:val="center"/>
          </w:tcPr>
          <w:p w14:paraId="65B6F410" w14:textId="77777777" w:rsidR="00AB1195" w:rsidRDefault="008E6A64">
            <w:pPr>
              <w:spacing w:after="0"/>
            </w:pPr>
            <w:r>
              <w:rPr>
                <w:color w:val="20332F"/>
                <w:sz w:val="16"/>
              </w:rPr>
              <w:t>April</w:t>
            </w:r>
          </w:p>
        </w:tc>
        <w:tc>
          <w:tcPr>
            <w:tcW w:w="2570" w:type="dxa"/>
            <w:tcMar>
              <w:top w:w="95" w:type="dxa"/>
              <w:left w:w="70" w:type="dxa"/>
              <w:bottom w:w="95" w:type="dxa"/>
              <w:right w:w="70" w:type="dxa"/>
            </w:tcMar>
            <w:vAlign w:val="center"/>
          </w:tcPr>
          <w:p w14:paraId="36BDFF3A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570" w:type="dxa"/>
            <w:tcMar>
              <w:top w:w="95" w:type="dxa"/>
              <w:left w:w="70" w:type="dxa"/>
              <w:bottom w:w="95" w:type="dxa"/>
              <w:right w:w="70" w:type="dxa"/>
            </w:tcMar>
            <w:vAlign w:val="center"/>
          </w:tcPr>
          <w:p w14:paraId="31F51FC0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570" w:type="dxa"/>
            <w:tcMar>
              <w:top w:w="95" w:type="dxa"/>
              <w:left w:w="70" w:type="dxa"/>
              <w:bottom w:w="95" w:type="dxa"/>
              <w:right w:w="70" w:type="dxa"/>
            </w:tcMar>
            <w:vAlign w:val="center"/>
          </w:tcPr>
          <w:p w14:paraId="23CFCDC3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</w:tr>
      <w:tr w:rsidR="00AB1195" w14:paraId="7A717E41" w14:textId="77777777">
        <w:trPr>
          <w:cantSplit/>
          <w:jc w:val="center"/>
        </w:trPr>
        <w:tc>
          <w:tcPr>
            <w:tcW w:w="2570" w:type="dxa"/>
            <w:tcMar>
              <w:top w:w="95" w:type="dxa"/>
              <w:left w:w="70" w:type="dxa"/>
              <w:bottom w:w="95" w:type="dxa"/>
              <w:right w:w="70" w:type="dxa"/>
            </w:tcMar>
            <w:vAlign w:val="center"/>
          </w:tcPr>
          <w:p w14:paraId="2F88F2D4" w14:textId="77777777" w:rsidR="00AB1195" w:rsidRDefault="008E6A64">
            <w:pPr>
              <w:spacing w:after="0"/>
            </w:pPr>
            <w:r>
              <w:rPr>
                <w:color w:val="20332F"/>
                <w:sz w:val="16"/>
              </w:rPr>
              <w:t>May</w:t>
            </w:r>
          </w:p>
        </w:tc>
        <w:tc>
          <w:tcPr>
            <w:tcW w:w="2570" w:type="dxa"/>
            <w:tcMar>
              <w:top w:w="95" w:type="dxa"/>
              <w:left w:w="70" w:type="dxa"/>
              <w:bottom w:w="95" w:type="dxa"/>
              <w:right w:w="70" w:type="dxa"/>
            </w:tcMar>
            <w:vAlign w:val="center"/>
          </w:tcPr>
          <w:p w14:paraId="33D88842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570" w:type="dxa"/>
            <w:tcMar>
              <w:top w:w="95" w:type="dxa"/>
              <w:left w:w="70" w:type="dxa"/>
              <w:bottom w:w="95" w:type="dxa"/>
              <w:right w:w="70" w:type="dxa"/>
            </w:tcMar>
            <w:vAlign w:val="center"/>
          </w:tcPr>
          <w:p w14:paraId="14F00C45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570" w:type="dxa"/>
            <w:tcMar>
              <w:top w:w="95" w:type="dxa"/>
              <w:left w:w="70" w:type="dxa"/>
              <w:bottom w:w="95" w:type="dxa"/>
              <w:right w:w="70" w:type="dxa"/>
            </w:tcMar>
            <w:vAlign w:val="center"/>
          </w:tcPr>
          <w:p w14:paraId="581360B2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</w:tr>
      <w:tr w:rsidR="00AB1195" w14:paraId="048029DF" w14:textId="77777777">
        <w:trPr>
          <w:cantSplit/>
          <w:jc w:val="center"/>
        </w:trPr>
        <w:tc>
          <w:tcPr>
            <w:tcW w:w="2570" w:type="dxa"/>
            <w:tcMar>
              <w:top w:w="95" w:type="dxa"/>
              <w:left w:w="70" w:type="dxa"/>
              <w:bottom w:w="95" w:type="dxa"/>
              <w:right w:w="70" w:type="dxa"/>
            </w:tcMar>
            <w:vAlign w:val="center"/>
          </w:tcPr>
          <w:p w14:paraId="6F056B89" w14:textId="77777777" w:rsidR="00AB1195" w:rsidRDefault="008E6A64">
            <w:pPr>
              <w:spacing w:after="0"/>
            </w:pPr>
            <w:r>
              <w:rPr>
                <w:color w:val="20332F"/>
                <w:sz w:val="16"/>
              </w:rPr>
              <w:t>June</w:t>
            </w:r>
          </w:p>
        </w:tc>
        <w:tc>
          <w:tcPr>
            <w:tcW w:w="2570" w:type="dxa"/>
            <w:tcMar>
              <w:top w:w="95" w:type="dxa"/>
              <w:left w:w="70" w:type="dxa"/>
              <w:bottom w:w="95" w:type="dxa"/>
              <w:right w:w="70" w:type="dxa"/>
            </w:tcMar>
            <w:vAlign w:val="center"/>
          </w:tcPr>
          <w:p w14:paraId="3DFB6493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570" w:type="dxa"/>
            <w:tcMar>
              <w:top w:w="95" w:type="dxa"/>
              <w:left w:w="70" w:type="dxa"/>
              <w:bottom w:w="95" w:type="dxa"/>
              <w:right w:w="70" w:type="dxa"/>
            </w:tcMar>
            <w:vAlign w:val="center"/>
          </w:tcPr>
          <w:p w14:paraId="704E3457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570" w:type="dxa"/>
            <w:tcMar>
              <w:top w:w="95" w:type="dxa"/>
              <w:left w:w="70" w:type="dxa"/>
              <w:bottom w:w="95" w:type="dxa"/>
              <w:right w:w="70" w:type="dxa"/>
            </w:tcMar>
            <w:vAlign w:val="center"/>
          </w:tcPr>
          <w:p w14:paraId="033ADEC0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</w:tr>
    </w:tbl>
    <w:p w14:paraId="43D2F361" w14:textId="77777777" w:rsidR="00AB1195" w:rsidRDefault="008E6A64">
      <w:pPr>
        <w:pStyle w:val="Heading1"/>
      </w:pPr>
      <w:r>
        <w:t>E. Fully costed budget</w:t>
      </w:r>
    </w:p>
    <w:p w14:paraId="0ECFB6E4" w14:textId="77777777" w:rsidR="00AB1195" w:rsidRDefault="008E6A64">
      <w:pPr>
        <w:pStyle w:val="Guidance"/>
      </w:pPr>
      <w:r>
        <w:t>Maximum fellowship value: up to £5,000. All costs should be directly required for the proposed translation activity, fully costed and justified. Attach quotations or internal estimates where relevant.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56"/>
        <w:gridCol w:w="2056"/>
        <w:gridCol w:w="2056"/>
        <w:gridCol w:w="2056"/>
        <w:gridCol w:w="2056"/>
      </w:tblGrid>
      <w:tr w:rsidR="00AB1195" w14:paraId="3646C622" w14:textId="77777777">
        <w:trPr>
          <w:cantSplit/>
          <w:tblHeader/>
          <w:jc w:val="center"/>
        </w:trPr>
        <w:tc>
          <w:tcPr>
            <w:tcW w:w="2056" w:type="dxa"/>
            <w:shd w:val="clear" w:color="auto" w:fill="2F6B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A7EED1" w14:textId="77777777" w:rsidR="00AB1195" w:rsidRDefault="008E6A64">
            <w:pPr>
              <w:spacing w:after="0"/>
            </w:pPr>
            <w:r>
              <w:rPr>
                <w:b/>
                <w:color w:val="FFFFFF"/>
                <w:sz w:val="16"/>
              </w:rPr>
              <w:t>Cost item</w:t>
            </w:r>
          </w:p>
        </w:tc>
        <w:tc>
          <w:tcPr>
            <w:tcW w:w="2056" w:type="dxa"/>
            <w:shd w:val="clear" w:color="auto" w:fill="2F6B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81A54A" w14:textId="77777777" w:rsidR="00AB1195" w:rsidRDefault="008E6A64">
            <w:pPr>
              <w:spacing w:after="0"/>
            </w:pPr>
            <w:r>
              <w:rPr>
                <w:b/>
                <w:color w:val="FFFFFF"/>
                <w:sz w:val="16"/>
              </w:rPr>
              <w:t>Supplier / team</w:t>
            </w:r>
          </w:p>
        </w:tc>
        <w:tc>
          <w:tcPr>
            <w:tcW w:w="2056" w:type="dxa"/>
            <w:shd w:val="clear" w:color="auto" w:fill="2F6B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AEC7CC" w14:textId="77777777" w:rsidR="00AB1195" w:rsidRDefault="008E6A64">
            <w:pPr>
              <w:spacing w:after="0"/>
            </w:pPr>
            <w:r>
              <w:rPr>
                <w:b/>
                <w:color w:val="FFFFFF"/>
                <w:sz w:val="16"/>
              </w:rPr>
              <w:t>Calculation</w:t>
            </w:r>
          </w:p>
        </w:tc>
        <w:tc>
          <w:tcPr>
            <w:tcW w:w="2056" w:type="dxa"/>
            <w:shd w:val="clear" w:color="auto" w:fill="2F6B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33B49F" w14:textId="77777777" w:rsidR="00AB1195" w:rsidRDefault="008E6A64">
            <w:pPr>
              <w:spacing w:after="0"/>
            </w:pPr>
            <w:r>
              <w:rPr>
                <w:b/>
                <w:color w:val="FFFFFF"/>
                <w:sz w:val="16"/>
              </w:rPr>
              <w:t>Amount (£)</w:t>
            </w:r>
          </w:p>
        </w:tc>
        <w:tc>
          <w:tcPr>
            <w:tcW w:w="2056" w:type="dxa"/>
            <w:shd w:val="clear" w:color="auto" w:fill="2F6B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A53DF6" w14:textId="77777777" w:rsidR="00AB1195" w:rsidRDefault="008E6A64">
            <w:pPr>
              <w:spacing w:after="0"/>
            </w:pPr>
            <w:r>
              <w:rPr>
                <w:b/>
                <w:color w:val="FFFFFF"/>
                <w:sz w:val="16"/>
              </w:rPr>
              <w:t>Justification</w:t>
            </w:r>
          </w:p>
        </w:tc>
      </w:tr>
      <w:tr w:rsidR="00AB1195" w14:paraId="763DC7AB" w14:textId="77777777">
        <w:trPr>
          <w:cantSplit/>
          <w:jc w:val="center"/>
        </w:trPr>
        <w:tc>
          <w:tcPr>
            <w:tcW w:w="2056" w:type="dxa"/>
            <w:tcMar>
              <w:top w:w="105" w:type="dxa"/>
              <w:left w:w="60" w:type="dxa"/>
              <w:bottom w:w="105" w:type="dxa"/>
              <w:right w:w="60" w:type="dxa"/>
            </w:tcMar>
            <w:vAlign w:val="center"/>
          </w:tcPr>
          <w:p w14:paraId="542BCFEE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056" w:type="dxa"/>
            <w:tcMar>
              <w:top w:w="105" w:type="dxa"/>
              <w:left w:w="60" w:type="dxa"/>
              <w:bottom w:w="105" w:type="dxa"/>
              <w:right w:w="60" w:type="dxa"/>
            </w:tcMar>
            <w:vAlign w:val="center"/>
          </w:tcPr>
          <w:p w14:paraId="2FD4C58A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056" w:type="dxa"/>
            <w:tcMar>
              <w:top w:w="105" w:type="dxa"/>
              <w:left w:w="60" w:type="dxa"/>
              <w:bottom w:w="105" w:type="dxa"/>
              <w:right w:w="60" w:type="dxa"/>
            </w:tcMar>
            <w:vAlign w:val="center"/>
          </w:tcPr>
          <w:p w14:paraId="10AAFE13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056" w:type="dxa"/>
            <w:tcMar>
              <w:top w:w="105" w:type="dxa"/>
              <w:left w:w="60" w:type="dxa"/>
              <w:bottom w:w="105" w:type="dxa"/>
              <w:right w:w="60" w:type="dxa"/>
            </w:tcMar>
            <w:vAlign w:val="center"/>
          </w:tcPr>
          <w:p w14:paraId="0AE1E88F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056" w:type="dxa"/>
            <w:tcMar>
              <w:top w:w="105" w:type="dxa"/>
              <w:left w:w="60" w:type="dxa"/>
              <w:bottom w:w="105" w:type="dxa"/>
              <w:right w:w="60" w:type="dxa"/>
            </w:tcMar>
            <w:vAlign w:val="center"/>
          </w:tcPr>
          <w:p w14:paraId="17A37EA2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</w:tr>
      <w:tr w:rsidR="00AB1195" w14:paraId="5DB49F96" w14:textId="77777777">
        <w:trPr>
          <w:cantSplit/>
          <w:jc w:val="center"/>
        </w:trPr>
        <w:tc>
          <w:tcPr>
            <w:tcW w:w="2056" w:type="dxa"/>
            <w:tcMar>
              <w:top w:w="105" w:type="dxa"/>
              <w:left w:w="60" w:type="dxa"/>
              <w:bottom w:w="105" w:type="dxa"/>
              <w:right w:w="60" w:type="dxa"/>
            </w:tcMar>
            <w:vAlign w:val="center"/>
          </w:tcPr>
          <w:p w14:paraId="3B21DB84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056" w:type="dxa"/>
            <w:tcMar>
              <w:top w:w="105" w:type="dxa"/>
              <w:left w:w="60" w:type="dxa"/>
              <w:bottom w:w="105" w:type="dxa"/>
              <w:right w:w="60" w:type="dxa"/>
            </w:tcMar>
            <w:vAlign w:val="center"/>
          </w:tcPr>
          <w:p w14:paraId="1CEF1C1D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056" w:type="dxa"/>
            <w:tcMar>
              <w:top w:w="105" w:type="dxa"/>
              <w:left w:w="60" w:type="dxa"/>
              <w:bottom w:w="105" w:type="dxa"/>
              <w:right w:w="60" w:type="dxa"/>
            </w:tcMar>
            <w:vAlign w:val="center"/>
          </w:tcPr>
          <w:p w14:paraId="1C16511D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056" w:type="dxa"/>
            <w:tcMar>
              <w:top w:w="105" w:type="dxa"/>
              <w:left w:w="60" w:type="dxa"/>
              <w:bottom w:w="105" w:type="dxa"/>
              <w:right w:w="60" w:type="dxa"/>
            </w:tcMar>
            <w:vAlign w:val="center"/>
          </w:tcPr>
          <w:p w14:paraId="1F329171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056" w:type="dxa"/>
            <w:tcMar>
              <w:top w:w="105" w:type="dxa"/>
              <w:left w:w="60" w:type="dxa"/>
              <w:bottom w:w="105" w:type="dxa"/>
              <w:right w:w="60" w:type="dxa"/>
            </w:tcMar>
            <w:vAlign w:val="center"/>
          </w:tcPr>
          <w:p w14:paraId="72024F99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</w:tr>
      <w:tr w:rsidR="00AB1195" w14:paraId="60A14C4F" w14:textId="77777777">
        <w:trPr>
          <w:cantSplit/>
          <w:jc w:val="center"/>
        </w:trPr>
        <w:tc>
          <w:tcPr>
            <w:tcW w:w="2056" w:type="dxa"/>
            <w:tcMar>
              <w:top w:w="105" w:type="dxa"/>
              <w:left w:w="60" w:type="dxa"/>
              <w:bottom w:w="105" w:type="dxa"/>
              <w:right w:w="60" w:type="dxa"/>
            </w:tcMar>
            <w:vAlign w:val="center"/>
          </w:tcPr>
          <w:p w14:paraId="755B12D5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056" w:type="dxa"/>
            <w:tcMar>
              <w:top w:w="105" w:type="dxa"/>
              <w:left w:w="60" w:type="dxa"/>
              <w:bottom w:w="105" w:type="dxa"/>
              <w:right w:w="60" w:type="dxa"/>
            </w:tcMar>
            <w:vAlign w:val="center"/>
          </w:tcPr>
          <w:p w14:paraId="41EE714F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056" w:type="dxa"/>
            <w:tcMar>
              <w:top w:w="105" w:type="dxa"/>
              <w:left w:w="60" w:type="dxa"/>
              <w:bottom w:w="105" w:type="dxa"/>
              <w:right w:w="60" w:type="dxa"/>
            </w:tcMar>
            <w:vAlign w:val="center"/>
          </w:tcPr>
          <w:p w14:paraId="737DCE2B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056" w:type="dxa"/>
            <w:tcMar>
              <w:top w:w="105" w:type="dxa"/>
              <w:left w:w="60" w:type="dxa"/>
              <w:bottom w:w="105" w:type="dxa"/>
              <w:right w:w="60" w:type="dxa"/>
            </w:tcMar>
            <w:vAlign w:val="center"/>
          </w:tcPr>
          <w:p w14:paraId="3C5B4C18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056" w:type="dxa"/>
            <w:tcMar>
              <w:top w:w="105" w:type="dxa"/>
              <w:left w:w="60" w:type="dxa"/>
              <w:bottom w:w="105" w:type="dxa"/>
              <w:right w:w="60" w:type="dxa"/>
            </w:tcMar>
            <w:vAlign w:val="center"/>
          </w:tcPr>
          <w:p w14:paraId="158313F5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</w:tr>
      <w:tr w:rsidR="00AB1195" w14:paraId="5A172299" w14:textId="77777777">
        <w:trPr>
          <w:cantSplit/>
          <w:jc w:val="center"/>
        </w:trPr>
        <w:tc>
          <w:tcPr>
            <w:tcW w:w="2056" w:type="dxa"/>
            <w:tcMar>
              <w:top w:w="105" w:type="dxa"/>
              <w:left w:w="60" w:type="dxa"/>
              <w:bottom w:w="105" w:type="dxa"/>
              <w:right w:w="60" w:type="dxa"/>
            </w:tcMar>
            <w:vAlign w:val="center"/>
          </w:tcPr>
          <w:p w14:paraId="26F95648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056" w:type="dxa"/>
            <w:tcMar>
              <w:top w:w="105" w:type="dxa"/>
              <w:left w:w="60" w:type="dxa"/>
              <w:bottom w:w="105" w:type="dxa"/>
              <w:right w:w="60" w:type="dxa"/>
            </w:tcMar>
            <w:vAlign w:val="center"/>
          </w:tcPr>
          <w:p w14:paraId="466FCAFE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056" w:type="dxa"/>
            <w:tcMar>
              <w:top w:w="105" w:type="dxa"/>
              <w:left w:w="60" w:type="dxa"/>
              <w:bottom w:w="105" w:type="dxa"/>
              <w:right w:w="60" w:type="dxa"/>
            </w:tcMar>
            <w:vAlign w:val="center"/>
          </w:tcPr>
          <w:p w14:paraId="49CB4D03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056" w:type="dxa"/>
            <w:tcMar>
              <w:top w:w="105" w:type="dxa"/>
              <w:left w:w="60" w:type="dxa"/>
              <w:bottom w:w="105" w:type="dxa"/>
              <w:right w:w="60" w:type="dxa"/>
            </w:tcMar>
            <w:vAlign w:val="center"/>
          </w:tcPr>
          <w:p w14:paraId="175644A8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056" w:type="dxa"/>
            <w:tcMar>
              <w:top w:w="105" w:type="dxa"/>
              <w:left w:w="60" w:type="dxa"/>
              <w:bottom w:w="105" w:type="dxa"/>
              <w:right w:w="60" w:type="dxa"/>
            </w:tcMar>
            <w:vAlign w:val="center"/>
          </w:tcPr>
          <w:p w14:paraId="6394AF54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</w:tr>
      <w:tr w:rsidR="00AB1195" w14:paraId="5829964D" w14:textId="77777777">
        <w:trPr>
          <w:cantSplit/>
          <w:jc w:val="center"/>
        </w:trPr>
        <w:tc>
          <w:tcPr>
            <w:tcW w:w="2056" w:type="dxa"/>
            <w:tcMar>
              <w:top w:w="105" w:type="dxa"/>
              <w:left w:w="60" w:type="dxa"/>
              <w:bottom w:w="105" w:type="dxa"/>
              <w:right w:w="60" w:type="dxa"/>
            </w:tcMar>
            <w:vAlign w:val="center"/>
          </w:tcPr>
          <w:p w14:paraId="449735CD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056" w:type="dxa"/>
            <w:tcMar>
              <w:top w:w="105" w:type="dxa"/>
              <w:left w:w="60" w:type="dxa"/>
              <w:bottom w:w="105" w:type="dxa"/>
              <w:right w:w="60" w:type="dxa"/>
            </w:tcMar>
            <w:vAlign w:val="center"/>
          </w:tcPr>
          <w:p w14:paraId="77F7DABA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056" w:type="dxa"/>
            <w:tcMar>
              <w:top w:w="105" w:type="dxa"/>
              <w:left w:w="60" w:type="dxa"/>
              <w:bottom w:w="105" w:type="dxa"/>
              <w:right w:w="60" w:type="dxa"/>
            </w:tcMar>
            <w:vAlign w:val="center"/>
          </w:tcPr>
          <w:p w14:paraId="7A8F08EE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056" w:type="dxa"/>
            <w:tcMar>
              <w:top w:w="105" w:type="dxa"/>
              <w:left w:w="60" w:type="dxa"/>
              <w:bottom w:w="105" w:type="dxa"/>
              <w:right w:w="60" w:type="dxa"/>
            </w:tcMar>
            <w:vAlign w:val="center"/>
          </w:tcPr>
          <w:p w14:paraId="5C5679EF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056" w:type="dxa"/>
            <w:tcMar>
              <w:top w:w="105" w:type="dxa"/>
              <w:left w:w="60" w:type="dxa"/>
              <w:bottom w:w="105" w:type="dxa"/>
              <w:right w:w="60" w:type="dxa"/>
            </w:tcMar>
            <w:vAlign w:val="center"/>
          </w:tcPr>
          <w:p w14:paraId="7C90C02E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</w:tr>
      <w:tr w:rsidR="00AB1195" w14:paraId="02A5E4FB" w14:textId="77777777">
        <w:trPr>
          <w:cantSplit/>
          <w:jc w:val="center"/>
        </w:trPr>
        <w:tc>
          <w:tcPr>
            <w:tcW w:w="2056" w:type="dxa"/>
            <w:tcMar>
              <w:top w:w="105" w:type="dxa"/>
              <w:left w:w="60" w:type="dxa"/>
              <w:bottom w:w="105" w:type="dxa"/>
              <w:right w:w="60" w:type="dxa"/>
            </w:tcMar>
            <w:vAlign w:val="center"/>
          </w:tcPr>
          <w:p w14:paraId="4E77EFE6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056" w:type="dxa"/>
            <w:tcMar>
              <w:top w:w="105" w:type="dxa"/>
              <w:left w:w="60" w:type="dxa"/>
              <w:bottom w:w="105" w:type="dxa"/>
              <w:right w:w="60" w:type="dxa"/>
            </w:tcMar>
            <w:vAlign w:val="center"/>
          </w:tcPr>
          <w:p w14:paraId="6A3B21EB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056" w:type="dxa"/>
            <w:tcMar>
              <w:top w:w="105" w:type="dxa"/>
              <w:left w:w="60" w:type="dxa"/>
              <w:bottom w:w="105" w:type="dxa"/>
              <w:right w:w="60" w:type="dxa"/>
            </w:tcMar>
            <w:vAlign w:val="center"/>
          </w:tcPr>
          <w:p w14:paraId="79912CA1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056" w:type="dxa"/>
            <w:tcMar>
              <w:top w:w="105" w:type="dxa"/>
              <w:left w:w="60" w:type="dxa"/>
              <w:bottom w:w="105" w:type="dxa"/>
              <w:right w:w="60" w:type="dxa"/>
            </w:tcMar>
            <w:vAlign w:val="center"/>
          </w:tcPr>
          <w:p w14:paraId="516A0AC8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  <w:tc>
          <w:tcPr>
            <w:tcW w:w="2056" w:type="dxa"/>
            <w:tcMar>
              <w:top w:w="105" w:type="dxa"/>
              <w:left w:w="60" w:type="dxa"/>
              <w:bottom w:w="105" w:type="dxa"/>
              <w:right w:w="60" w:type="dxa"/>
            </w:tcMar>
            <w:vAlign w:val="center"/>
          </w:tcPr>
          <w:p w14:paraId="6C2C82E1" w14:textId="77777777" w:rsidR="00AB1195" w:rsidRDefault="008E6A64">
            <w:pPr>
              <w:spacing w:after="0"/>
            </w:pPr>
            <w:r>
              <w:rPr>
                <w:color w:val="646464"/>
                <w:sz w:val="16"/>
              </w:rPr>
              <w:t>Click to enter</w:t>
            </w:r>
          </w:p>
        </w:tc>
      </w:tr>
      <w:tr w:rsidR="00AB1195" w14:paraId="484ECC4F" w14:textId="77777777">
        <w:trPr>
          <w:cantSplit/>
          <w:jc w:val="center"/>
        </w:trPr>
        <w:tc>
          <w:tcPr>
            <w:tcW w:w="2056" w:type="dxa"/>
            <w:shd w:val="clear" w:color="auto" w:fill="2F6B5F"/>
            <w:vAlign w:val="center"/>
          </w:tcPr>
          <w:p w14:paraId="314E3299" w14:textId="77777777" w:rsidR="00AB1195" w:rsidRDefault="008E6A64">
            <w:pPr>
              <w:spacing w:after="0"/>
            </w:pPr>
            <w:r>
              <w:rPr>
                <w:b/>
                <w:color w:val="FFFFFF"/>
                <w:sz w:val="16"/>
              </w:rPr>
              <w:t>TOTAL</w:t>
            </w:r>
          </w:p>
        </w:tc>
        <w:tc>
          <w:tcPr>
            <w:tcW w:w="2056" w:type="dxa"/>
            <w:shd w:val="clear" w:color="auto" w:fill="2F6B5F"/>
            <w:vAlign w:val="center"/>
          </w:tcPr>
          <w:p w14:paraId="1FF7E104" w14:textId="77777777" w:rsidR="00AB1195" w:rsidRDefault="00AB1195">
            <w:pPr>
              <w:spacing w:after="0"/>
            </w:pPr>
          </w:p>
        </w:tc>
        <w:tc>
          <w:tcPr>
            <w:tcW w:w="2056" w:type="dxa"/>
            <w:shd w:val="clear" w:color="auto" w:fill="2F6B5F"/>
            <w:vAlign w:val="center"/>
          </w:tcPr>
          <w:p w14:paraId="0380213C" w14:textId="77777777" w:rsidR="00AB1195" w:rsidRDefault="00AB1195">
            <w:pPr>
              <w:spacing w:after="0"/>
            </w:pPr>
          </w:p>
        </w:tc>
        <w:tc>
          <w:tcPr>
            <w:tcW w:w="2056" w:type="dxa"/>
            <w:shd w:val="clear" w:color="auto" w:fill="2F6B5F"/>
            <w:vAlign w:val="center"/>
          </w:tcPr>
          <w:p w14:paraId="6587B8E9" w14:textId="77777777" w:rsidR="00AB1195" w:rsidRDefault="008E6A64">
            <w:pPr>
              <w:spacing w:after="0"/>
            </w:pPr>
            <w:r>
              <w:rPr>
                <w:b/>
                <w:color w:val="FFFFFF"/>
              </w:rPr>
              <w:t>£</w:t>
            </w:r>
          </w:p>
        </w:tc>
        <w:tc>
          <w:tcPr>
            <w:tcW w:w="2056" w:type="dxa"/>
            <w:shd w:val="clear" w:color="auto" w:fill="2F6B5F"/>
            <w:vAlign w:val="center"/>
          </w:tcPr>
          <w:p w14:paraId="22CDB2BD" w14:textId="77777777" w:rsidR="00AB1195" w:rsidRDefault="008E6A64">
            <w:pPr>
              <w:spacing w:after="0"/>
            </w:pPr>
            <w:r>
              <w:rPr>
                <w:b/>
                <w:color w:val="FFFFFF"/>
                <w:sz w:val="16"/>
              </w:rPr>
              <w:t>Must not exceed £5,000</w:t>
            </w:r>
          </w:p>
        </w:tc>
      </w:tr>
    </w:tbl>
    <w:p w14:paraId="1200CFC3" w14:textId="6CC08552" w:rsidR="00AB1195" w:rsidRDefault="008E6A64">
      <w:pPr>
        <w:pStyle w:val="FormHeading"/>
      </w:pPr>
      <w:r>
        <w:t xml:space="preserve">11. Overall budget </w:t>
      </w:r>
      <w:proofErr w:type="gramStart"/>
      <w:r>
        <w:t>justification</w:t>
      </w:r>
      <w:r>
        <w:rPr>
          <w:b w:val="0"/>
          <w:color w:val="646464"/>
          <w:sz w:val="18"/>
        </w:rPr>
        <w:t xml:space="preserve">  |</w:t>
      </w:r>
      <w:proofErr w:type="gramEnd"/>
      <w:r>
        <w:rPr>
          <w:b w:val="0"/>
          <w:color w:val="646464"/>
          <w:sz w:val="18"/>
        </w:rPr>
        <w:t xml:space="preserve">  </w:t>
      </w:r>
      <w:r w:rsidR="00DF50F5">
        <w:rPr>
          <w:b w:val="0"/>
          <w:color w:val="646464"/>
          <w:sz w:val="18"/>
        </w:rPr>
        <w:t>M</w:t>
      </w:r>
      <w:r>
        <w:rPr>
          <w:b w:val="0"/>
          <w:color w:val="646464"/>
          <w:sz w:val="18"/>
        </w:rPr>
        <w:t>aximum: 100 words</w:t>
      </w:r>
    </w:p>
    <w:p w14:paraId="442F363E" w14:textId="77777777" w:rsidR="00AB1195" w:rsidRDefault="008E6A64">
      <w:pPr>
        <w:pStyle w:val="Guidance"/>
      </w:pPr>
      <w:r>
        <w:t>Explain value for money and why each requested resource is necessary to deliver the translation activity.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B1195" w14:paraId="6B8C8303" w14:textId="77777777">
        <w:trPr>
          <w:cantSplit/>
          <w:jc w:val="center"/>
        </w:trPr>
        <w:tc>
          <w:tcPr>
            <w:tcW w:w="10282" w:type="dxa"/>
            <w:shd w:val="clear" w:color="auto" w:fill="FAFCF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40D086" w14:textId="77777777" w:rsidR="00AB1195" w:rsidRDefault="008E6A64">
            <w:r>
              <w:rPr>
                <w:color w:val="8A8A8A"/>
              </w:rPr>
              <w:lastRenderedPageBreak/>
              <w:t>Click or tap here to enter text.</w:t>
            </w:r>
            <w:r>
              <w:rPr>
                <w:color w:val="8A8A8A"/>
              </w:rPr>
              <w:br/>
            </w:r>
            <w:r>
              <w:rPr>
                <w:color w:val="8A8A8A"/>
              </w:rPr>
              <w:br/>
            </w:r>
            <w:r>
              <w:rPr>
                <w:color w:val="8A8A8A"/>
              </w:rPr>
              <w:br/>
            </w:r>
          </w:p>
        </w:tc>
      </w:tr>
    </w:tbl>
    <w:p w14:paraId="088AFE3B" w14:textId="77777777" w:rsidR="00AB1195" w:rsidRDefault="00AB1195">
      <w:pPr>
        <w:spacing w:after="0"/>
      </w:pPr>
    </w:p>
    <w:p w14:paraId="5747E5BD" w14:textId="77777777" w:rsidR="00AB1195" w:rsidRDefault="008E6A64">
      <w:pPr>
        <w:pStyle w:val="Heading1"/>
      </w:pPr>
      <w:r>
        <w:t>F. Data, approvals and delivery dependencies</w:t>
      </w:r>
    </w:p>
    <w:p w14:paraId="7C45685C" w14:textId="77777777" w:rsidR="00AB1195" w:rsidRDefault="008E6A64">
      <w:pPr>
        <w:spacing w:after="20"/>
        <w:ind w:left="216"/>
      </w:pPr>
      <w:r>
        <w:t>☐ Use of routinely collected health data</w:t>
      </w:r>
    </w:p>
    <w:p w14:paraId="0DC1966C" w14:textId="77777777" w:rsidR="00AB1195" w:rsidRDefault="008E6A64">
      <w:pPr>
        <w:spacing w:after="20"/>
        <w:ind w:left="216"/>
      </w:pPr>
      <w:r>
        <w:t>☐ Access to a dataset</w:t>
      </w:r>
    </w:p>
    <w:p w14:paraId="56B47098" w14:textId="77777777" w:rsidR="00AB1195" w:rsidRDefault="008E6A64">
      <w:pPr>
        <w:spacing w:after="20"/>
        <w:ind w:left="216"/>
      </w:pPr>
      <w:r>
        <w:t>☐ Participant involvement or gift vouchers</w:t>
      </w:r>
    </w:p>
    <w:p w14:paraId="63505C5F" w14:textId="77777777" w:rsidR="00AB1195" w:rsidRDefault="008E6A64">
      <w:pPr>
        <w:spacing w:after="20"/>
        <w:ind w:left="216"/>
      </w:pPr>
      <w:r>
        <w:t>☐ Research ethics, information governance or other approvals</w:t>
      </w:r>
    </w:p>
    <w:p w14:paraId="1CF48A98" w14:textId="77777777" w:rsidR="00AB1195" w:rsidRDefault="008E6A64">
      <w:pPr>
        <w:spacing w:after="20"/>
        <w:ind w:left="216"/>
      </w:pPr>
      <w:r>
        <w:t>☐ MFT Clinical Data Science Unit support</w:t>
      </w:r>
    </w:p>
    <w:p w14:paraId="6C75BA24" w14:textId="77777777" w:rsidR="00AB1195" w:rsidRDefault="008E6A64">
      <w:pPr>
        <w:spacing w:after="20"/>
        <w:ind w:left="216"/>
      </w:pPr>
      <w:r>
        <w:t>☐ Hive EPR programme support</w:t>
      </w:r>
    </w:p>
    <w:p w14:paraId="7B72D782" w14:textId="77777777" w:rsidR="00AB1195" w:rsidRDefault="008E6A64">
      <w:pPr>
        <w:spacing w:after="20"/>
        <w:ind w:left="216"/>
      </w:pPr>
      <w:r>
        <w:t>☐ UoM RSE, Digital Health Systems and Platforms, or another internal team</w:t>
      </w:r>
    </w:p>
    <w:p w14:paraId="7FC28DBC" w14:textId="77777777" w:rsidR="00AB1195" w:rsidRDefault="008E6A64">
      <w:pPr>
        <w:spacing w:after="20"/>
        <w:ind w:left="216"/>
      </w:pPr>
      <w:r>
        <w:t>☐ None of the above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82"/>
      </w:tblGrid>
      <w:tr w:rsidR="00AB1195" w14:paraId="38D8C3DF" w14:textId="77777777">
        <w:trPr>
          <w:cantSplit/>
          <w:jc w:val="center"/>
        </w:trPr>
        <w:tc>
          <w:tcPr>
            <w:tcW w:w="10282" w:type="dxa"/>
            <w:shd w:val="clear" w:color="auto" w:fill="2F6B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C45AB5" w14:textId="77777777" w:rsidR="00AB1195" w:rsidRDefault="008E6A64">
            <w:pPr>
              <w:spacing w:after="0"/>
            </w:pPr>
            <w:r>
              <w:rPr>
                <w:b/>
                <w:color w:val="FFFFFF"/>
              </w:rPr>
              <w:t>Approvals, access arrangements and status</w:t>
            </w:r>
          </w:p>
        </w:tc>
      </w:tr>
      <w:tr w:rsidR="00AB1195" w14:paraId="7E2883CA" w14:textId="77777777">
        <w:trPr>
          <w:cantSplit/>
          <w:jc w:val="center"/>
        </w:trPr>
        <w:tc>
          <w:tcPr>
            <w:tcW w:w="10282" w:type="dxa"/>
            <w:shd w:val="clear" w:color="auto" w:fill="F5F8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DF0DFD" w14:textId="77777777" w:rsidR="00AB1195" w:rsidRDefault="008E6A64">
            <w:pPr>
              <w:spacing w:after="0"/>
            </w:pPr>
            <w:r>
              <w:rPr>
                <w:color w:val="646464"/>
              </w:rPr>
              <w:t>List required approvals or access, current status, expected timing and responsible person.</w:t>
            </w:r>
          </w:p>
        </w:tc>
      </w:tr>
    </w:tbl>
    <w:p w14:paraId="7354D756" w14:textId="77777777" w:rsidR="00AB1195" w:rsidRDefault="00AB1195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282"/>
      </w:tblGrid>
      <w:tr w:rsidR="00AB1195" w14:paraId="64FC683F" w14:textId="77777777">
        <w:trPr>
          <w:cantSplit/>
          <w:jc w:val="center"/>
        </w:trPr>
        <w:tc>
          <w:tcPr>
            <w:tcW w:w="10282" w:type="dxa"/>
            <w:shd w:val="clear" w:color="auto" w:fill="2F6B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8D6014B" w14:textId="77777777" w:rsidR="00AB1195" w:rsidRDefault="008E6A64">
            <w:pPr>
              <w:spacing w:after="0"/>
            </w:pPr>
            <w:r>
              <w:rPr>
                <w:b/>
                <w:color w:val="FFFFFF"/>
              </w:rPr>
              <w:t>Key risks and dependencies</w:t>
            </w:r>
          </w:p>
        </w:tc>
      </w:tr>
      <w:tr w:rsidR="00AB1195" w14:paraId="7CB4956B" w14:textId="77777777">
        <w:trPr>
          <w:cantSplit/>
          <w:jc w:val="center"/>
        </w:trPr>
        <w:tc>
          <w:tcPr>
            <w:tcW w:w="10282" w:type="dxa"/>
            <w:shd w:val="clear" w:color="auto" w:fill="F5F8F7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381619" w14:textId="77777777" w:rsidR="00AB1195" w:rsidRDefault="008E6A64">
            <w:pPr>
              <w:spacing w:after="0"/>
            </w:pPr>
            <w:r>
              <w:rPr>
                <w:color w:val="646464"/>
              </w:rPr>
              <w:t>Summarise any delivery-critical dependency not already covered above.</w:t>
            </w:r>
          </w:p>
        </w:tc>
      </w:tr>
    </w:tbl>
    <w:p w14:paraId="36D52FFE" w14:textId="77777777" w:rsidR="00AB1195" w:rsidRDefault="00AB1195">
      <w:pPr>
        <w:spacing w:after="0"/>
      </w:pPr>
    </w:p>
    <w:p w14:paraId="2B9F025C" w14:textId="77777777" w:rsidR="00AB1195" w:rsidRDefault="008E6A64">
      <w:pPr>
        <w:pStyle w:val="Heading1"/>
      </w:pPr>
      <w:r>
        <w:t>G. Applicant commitments and declaration</w:t>
      </w:r>
    </w:p>
    <w:p w14:paraId="0E2A4A28" w14:textId="77777777" w:rsidR="00AB1195" w:rsidRDefault="008E6A64">
      <w:pPr>
        <w:spacing w:after="40"/>
        <w:ind w:left="216"/>
      </w:pPr>
      <w:r>
        <w:t>☐ I confirm that I will hold an eligible position at UoM or MFT for the full duration of the fellowship.</w:t>
      </w:r>
    </w:p>
    <w:p w14:paraId="076BA5FE" w14:textId="77777777" w:rsidR="00AB1195" w:rsidRDefault="008E6A64">
      <w:pPr>
        <w:spacing w:after="40"/>
        <w:ind w:left="216"/>
      </w:pPr>
      <w:r>
        <w:t>☐ I understand that fellowship funds cannot be used to fund my own position.</w:t>
      </w:r>
    </w:p>
    <w:p w14:paraId="47CBC35C" w14:textId="77777777" w:rsidR="00AB1195" w:rsidRDefault="008E6A64">
      <w:pPr>
        <w:spacing w:after="40"/>
        <w:ind w:left="216"/>
      </w:pPr>
      <w:r>
        <w:t>☐ I have identified the required supervisor and institutional support.</w:t>
      </w:r>
    </w:p>
    <w:p w14:paraId="6F128233" w14:textId="77777777" w:rsidR="00AB1195" w:rsidRDefault="008E6A64">
      <w:pPr>
        <w:spacing w:after="40"/>
        <w:ind w:left="216"/>
      </w:pPr>
      <w:r>
        <w:t>☐ Where relevant, proposed support from an internal UoM or MFT team has been discussed, costed and confirmed as feasible.</w:t>
      </w:r>
    </w:p>
    <w:p w14:paraId="3419E04E" w14:textId="77777777" w:rsidR="00AB1195" w:rsidRDefault="008E6A64">
      <w:pPr>
        <w:spacing w:after="40"/>
        <w:ind w:left="216"/>
      </w:pPr>
      <w:r>
        <w:t>☐ I will meet the participation expectations set out in the call, including cohort engagement, final reporting and dissemination.</w:t>
      </w:r>
    </w:p>
    <w:p w14:paraId="5FBEDAE3" w14:textId="77777777" w:rsidR="00AB1195" w:rsidRDefault="008E6A64">
      <w:pPr>
        <w:spacing w:after="40"/>
        <w:ind w:left="216"/>
      </w:pPr>
      <w:r>
        <w:t>☐ The information in this application is accurate to the best of my knowledge.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27"/>
        <w:gridCol w:w="3427"/>
        <w:gridCol w:w="3427"/>
      </w:tblGrid>
      <w:tr w:rsidR="00AB1195" w14:paraId="675DF929" w14:textId="77777777">
        <w:trPr>
          <w:cantSplit/>
          <w:jc w:val="center"/>
        </w:trPr>
        <w:tc>
          <w:tcPr>
            <w:tcW w:w="3427" w:type="dxa"/>
            <w:shd w:val="clear" w:color="auto" w:fill="2F6B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E02C67" w14:textId="77777777" w:rsidR="00AB1195" w:rsidRDefault="008E6A64">
            <w:pPr>
              <w:spacing w:after="0"/>
            </w:pPr>
            <w:r>
              <w:rPr>
                <w:b/>
                <w:color w:val="FFFFFF"/>
                <w:sz w:val="16"/>
              </w:rPr>
              <w:t>Applicant name</w:t>
            </w:r>
          </w:p>
        </w:tc>
        <w:tc>
          <w:tcPr>
            <w:tcW w:w="3427" w:type="dxa"/>
            <w:shd w:val="clear" w:color="auto" w:fill="2F6B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144183" w14:textId="77777777" w:rsidR="00AB1195" w:rsidRDefault="008E6A64">
            <w:pPr>
              <w:spacing w:after="0"/>
            </w:pPr>
            <w:r>
              <w:rPr>
                <w:b/>
                <w:color w:val="FFFFFF"/>
                <w:sz w:val="16"/>
              </w:rPr>
              <w:t>Signature</w:t>
            </w:r>
          </w:p>
        </w:tc>
        <w:tc>
          <w:tcPr>
            <w:tcW w:w="3427" w:type="dxa"/>
            <w:shd w:val="clear" w:color="auto" w:fill="2F6B5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220D1D" w14:textId="77777777" w:rsidR="00AB1195" w:rsidRDefault="008E6A64">
            <w:pPr>
              <w:spacing w:after="0"/>
            </w:pPr>
            <w:r>
              <w:rPr>
                <w:b/>
                <w:color w:val="FFFFFF"/>
                <w:sz w:val="16"/>
              </w:rPr>
              <w:t>Date</w:t>
            </w:r>
          </w:p>
        </w:tc>
      </w:tr>
      <w:tr w:rsidR="00AB1195" w14:paraId="2D4FE3F8" w14:textId="77777777">
        <w:trPr>
          <w:cantSplit/>
          <w:jc w:val="center"/>
        </w:trPr>
        <w:tc>
          <w:tcPr>
            <w:tcW w:w="3427" w:type="dxa"/>
            <w:shd w:val="clear" w:color="auto" w:fill="F5F8F7"/>
            <w:tcMar>
              <w:top w:w="160" w:type="dxa"/>
              <w:left w:w="100" w:type="dxa"/>
              <w:bottom w:w="160" w:type="dxa"/>
              <w:right w:w="100" w:type="dxa"/>
            </w:tcMar>
            <w:vAlign w:val="center"/>
          </w:tcPr>
          <w:p w14:paraId="1B2C7BC1" w14:textId="77777777" w:rsidR="00AB1195" w:rsidRDefault="008E6A64">
            <w:pPr>
              <w:spacing w:after="0"/>
            </w:pPr>
            <w:r>
              <w:rPr>
                <w:color w:val="646464"/>
              </w:rPr>
              <w:t>Click or tap here</w:t>
            </w:r>
          </w:p>
        </w:tc>
        <w:tc>
          <w:tcPr>
            <w:tcW w:w="3427" w:type="dxa"/>
            <w:shd w:val="clear" w:color="auto" w:fill="F5F8F7"/>
            <w:tcMar>
              <w:top w:w="160" w:type="dxa"/>
              <w:left w:w="100" w:type="dxa"/>
              <w:bottom w:w="160" w:type="dxa"/>
              <w:right w:w="100" w:type="dxa"/>
            </w:tcMar>
            <w:vAlign w:val="center"/>
          </w:tcPr>
          <w:p w14:paraId="14945722" w14:textId="77777777" w:rsidR="00AB1195" w:rsidRDefault="008E6A64">
            <w:pPr>
              <w:spacing w:after="0"/>
            </w:pPr>
            <w:r>
              <w:rPr>
                <w:color w:val="646464"/>
              </w:rPr>
              <w:t>Click or tap here</w:t>
            </w:r>
          </w:p>
        </w:tc>
        <w:tc>
          <w:tcPr>
            <w:tcW w:w="3427" w:type="dxa"/>
            <w:shd w:val="clear" w:color="auto" w:fill="F5F8F7"/>
            <w:tcMar>
              <w:top w:w="160" w:type="dxa"/>
              <w:left w:w="100" w:type="dxa"/>
              <w:bottom w:w="160" w:type="dxa"/>
              <w:right w:w="100" w:type="dxa"/>
            </w:tcMar>
            <w:vAlign w:val="center"/>
          </w:tcPr>
          <w:p w14:paraId="19DF79C9" w14:textId="77777777" w:rsidR="00AB1195" w:rsidRDefault="008E6A64">
            <w:pPr>
              <w:spacing w:after="0"/>
            </w:pPr>
            <w:r>
              <w:rPr>
                <w:color w:val="646464"/>
              </w:rPr>
              <w:t>Click or tap here</w:t>
            </w:r>
          </w:p>
        </w:tc>
      </w:tr>
    </w:tbl>
    <w:p w14:paraId="6CE973AA" w14:textId="77777777" w:rsidR="00AB1195" w:rsidRDefault="008E6A64">
      <w:pPr>
        <w:pStyle w:val="Heading1"/>
      </w:pPr>
      <w:r>
        <w:t>H. Submission checklist</w:t>
      </w:r>
    </w:p>
    <w:p w14:paraId="5307210A" w14:textId="77777777" w:rsidR="00AB1195" w:rsidRDefault="008E6A64">
      <w:pPr>
        <w:spacing w:after="40"/>
        <w:ind w:left="216"/>
      </w:pPr>
      <w:r>
        <w:t>☐ Completed application form, including the project statement and fully costed budget</w:t>
      </w:r>
    </w:p>
    <w:p w14:paraId="538B6635" w14:textId="77777777" w:rsidR="00AB1195" w:rsidRDefault="008E6A64">
      <w:pPr>
        <w:spacing w:after="40"/>
        <w:ind w:left="216"/>
      </w:pPr>
      <w:r>
        <w:t>☐ Completed Pankhurst Health Technology Translation Toolkit Progress Tracker</w:t>
      </w:r>
    </w:p>
    <w:p w14:paraId="25DCD679" w14:textId="77777777" w:rsidR="00AB1195" w:rsidRDefault="008E6A64">
      <w:pPr>
        <w:spacing w:after="40"/>
        <w:ind w:left="216"/>
      </w:pPr>
      <w:r>
        <w:t>☐ Required supervisor / collaborator letter of support</w:t>
      </w:r>
    </w:p>
    <w:p w14:paraId="241CA3EB" w14:textId="77D47743" w:rsidR="00AB1195" w:rsidRDefault="008E6A64">
      <w:pPr>
        <w:spacing w:after="40"/>
        <w:ind w:left="216"/>
      </w:pPr>
      <w:r>
        <w:t xml:space="preserve">☐ </w:t>
      </w:r>
      <w:r w:rsidR="00DF50F5">
        <w:t>In addition, f</w:t>
      </w:r>
      <w:r>
        <w:t>or MFT applicants: letter from the relevant associate medical director / director of nursing</w:t>
      </w:r>
    </w:p>
    <w:p w14:paraId="387141F9" w14:textId="77777777" w:rsidR="00AB1195" w:rsidRDefault="008E6A64">
      <w:pPr>
        <w:spacing w:after="40"/>
        <w:ind w:left="216"/>
      </w:pPr>
      <w:r>
        <w:t>☐ Where relevant: confirmation from the MFT Clinical Data Science Unit or Hive EPR programme</w:t>
      </w:r>
    </w:p>
    <w:p w14:paraId="6BFCC173" w14:textId="77777777" w:rsidR="00AB1195" w:rsidRDefault="008E6A64">
      <w:pPr>
        <w:spacing w:after="40"/>
        <w:ind w:left="216"/>
      </w:pPr>
      <w:r>
        <w:t>☐ Where relevant: confirmation and costing from any other internal UoM or MFT support team</w:t>
      </w:r>
    </w:p>
    <w:p w14:paraId="5A964A5E" w14:textId="77777777" w:rsidR="00AB1195" w:rsidRDefault="008E6A64">
      <w:pPr>
        <w:spacing w:after="40"/>
        <w:ind w:left="216"/>
      </w:pPr>
      <w:r>
        <w:t>☐ Relevant quotations, internal estimates or other costing evidence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282"/>
      </w:tblGrid>
      <w:tr w:rsidR="00AB1195" w14:paraId="2860F8F7" w14:textId="77777777">
        <w:trPr>
          <w:cantSplit/>
        </w:trPr>
        <w:tc>
          <w:tcPr>
            <w:tcW w:w="10282" w:type="dxa"/>
            <w:shd w:val="clear" w:color="auto" w:fill="EAF2F0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2AFE013" w14:textId="77777777" w:rsidR="00AB1195" w:rsidRDefault="008E6A64">
            <w:pPr>
              <w:jc w:val="center"/>
            </w:pPr>
            <w:r>
              <w:rPr>
                <w:b/>
                <w:color w:val="2F6B5F"/>
                <w:sz w:val="20"/>
              </w:rPr>
              <w:t>SUBMISSION</w:t>
            </w:r>
          </w:p>
          <w:p w14:paraId="40341045" w14:textId="77777777" w:rsidR="00AB1195" w:rsidRDefault="008E6A64">
            <w:pPr>
              <w:spacing w:after="0"/>
              <w:jc w:val="center"/>
            </w:pPr>
            <w:r>
              <w:rPr>
                <w:b/>
                <w:color w:val="20332F"/>
              </w:rPr>
              <w:t>Email the completed application documents to pankhurst@manchester.ac.uk by 12pm on 2 November 2026.</w:t>
            </w:r>
          </w:p>
        </w:tc>
      </w:tr>
    </w:tbl>
    <w:p w14:paraId="2B3BE3AA" w14:textId="77777777" w:rsidR="00EA42D0" w:rsidRDefault="00EA42D0"/>
    <w:sectPr w:rsidR="00EA42D0" w:rsidSect="00034616">
      <w:headerReference w:type="default" r:id="rId8"/>
      <w:footerReference w:type="default" r:id="rId9"/>
      <w:pgSz w:w="12240" w:h="15840"/>
      <w:pgMar w:top="835" w:right="979" w:bottom="835" w:left="9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B47B1" w14:textId="77777777" w:rsidR="00626EE1" w:rsidRDefault="00626EE1">
      <w:pPr>
        <w:spacing w:after="0" w:line="240" w:lineRule="auto"/>
      </w:pPr>
      <w:r>
        <w:separator/>
      </w:r>
    </w:p>
  </w:endnote>
  <w:endnote w:type="continuationSeparator" w:id="0">
    <w:p w14:paraId="21B4E13F" w14:textId="77777777" w:rsidR="00626EE1" w:rsidRDefault="00626E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140F1" w14:textId="77777777" w:rsidR="00AB1195" w:rsidRDefault="008E6A64">
    <w:pPr>
      <w:pStyle w:val="Footer"/>
      <w:jc w:val="center"/>
    </w:pPr>
    <w:r>
      <w:rPr>
        <w:color w:val="646464"/>
        <w:sz w:val="16"/>
      </w:rPr>
      <w:t>Application Form 2026/27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C3FEA" w14:textId="77777777" w:rsidR="00626EE1" w:rsidRDefault="00626EE1">
      <w:pPr>
        <w:spacing w:after="0" w:line="240" w:lineRule="auto"/>
      </w:pPr>
      <w:r>
        <w:separator/>
      </w:r>
    </w:p>
  </w:footnote>
  <w:footnote w:type="continuationSeparator" w:id="0">
    <w:p w14:paraId="5DB9F8E3" w14:textId="77777777" w:rsidR="00626EE1" w:rsidRDefault="00626E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48141" w14:textId="77777777" w:rsidR="00AB1195" w:rsidRDefault="008E6A64">
    <w:pPr>
      <w:pStyle w:val="Header"/>
      <w:jc w:val="right"/>
    </w:pPr>
    <w:r>
      <w:rPr>
        <w:b/>
        <w:color w:val="2F6B5F"/>
        <w:sz w:val="16"/>
      </w:rPr>
      <w:t xml:space="preserve">CHRISTABEL PANKHURST </w:t>
    </w:r>
    <w:proofErr w:type="gramStart"/>
    <w:r>
      <w:rPr>
        <w:b/>
        <w:color w:val="2F6B5F"/>
        <w:sz w:val="16"/>
      </w:rPr>
      <w:t>INSTITUTE  |</w:t>
    </w:r>
    <w:proofErr w:type="gramEnd"/>
    <w:r>
      <w:rPr>
        <w:b/>
        <w:color w:val="2F6B5F"/>
        <w:sz w:val="16"/>
      </w:rPr>
      <w:t xml:space="preserve">  TRANSLATION FELLOWSHIPS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41607744">
    <w:abstractNumId w:val="8"/>
  </w:num>
  <w:num w:numId="2" w16cid:durableId="154955343">
    <w:abstractNumId w:val="6"/>
  </w:num>
  <w:num w:numId="3" w16cid:durableId="521823096">
    <w:abstractNumId w:val="5"/>
  </w:num>
  <w:num w:numId="4" w16cid:durableId="1812863394">
    <w:abstractNumId w:val="4"/>
  </w:num>
  <w:num w:numId="5" w16cid:durableId="649989638">
    <w:abstractNumId w:val="7"/>
  </w:num>
  <w:num w:numId="6" w16cid:durableId="726299464">
    <w:abstractNumId w:val="3"/>
  </w:num>
  <w:num w:numId="7" w16cid:durableId="1492871622">
    <w:abstractNumId w:val="2"/>
  </w:num>
  <w:num w:numId="8" w16cid:durableId="163714065">
    <w:abstractNumId w:val="1"/>
  </w:num>
  <w:num w:numId="9" w16cid:durableId="1663771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6131F"/>
    <w:rsid w:val="00626EE1"/>
    <w:rsid w:val="008E6A64"/>
    <w:rsid w:val="00AA1D8D"/>
    <w:rsid w:val="00AB1195"/>
    <w:rsid w:val="00B47730"/>
    <w:rsid w:val="00C65C5F"/>
    <w:rsid w:val="00C8760B"/>
    <w:rsid w:val="00CB0664"/>
    <w:rsid w:val="00CF40E2"/>
    <w:rsid w:val="00DF50F5"/>
    <w:rsid w:val="00EA42D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D67A866"/>
  <w14:defaultImageDpi w14:val="300"/>
  <w15:docId w15:val="{3C1E47CA-25AB-4843-87EB-7A2C4A4B5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Theme="majorHAnsi" w:eastAsiaTheme="majorEastAsia" w:hAnsiTheme="majorHAnsi" w:cstheme="majorBidi"/>
      <w:b/>
      <w:bCs/>
      <w:color w:val="2F6B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6B5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2F6B5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Heading">
    <w:name w:val="Form Heading"/>
    <w:pPr>
      <w:spacing w:before="140" w:after="60"/>
    </w:pPr>
    <w:rPr>
      <w:rFonts w:ascii="Aptos Display" w:hAnsi="Aptos Display"/>
      <w:b/>
      <w:color w:val="2F6B5F"/>
    </w:rPr>
  </w:style>
  <w:style w:type="paragraph" w:customStyle="1" w:styleId="Guidance">
    <w:name w:val="Guidance"/>
    <w:pPr>
      <w:spacing w:after="60"/>
    </w:pPr>
    <w:rPr>
      <w:rFonts w:ascii="Aptos" w:hAnsi="Aptos"/>
      <w:i/>
      <w:color w:val="646464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1011</Words>
  <Characters>6334</Characters>
  <Application>Microsoft Office Word</Application>
  <DocSecurity>0</DocSecurity>
  <Lines>166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CPI Translation Fellowship Application Form 2026/27</dc:title>
  <dc:subject>Application form template with suggested word counts</dc:subject>
  <dc:creator>Julia Handl</dc:creator>
  <cp:keywords/>
  <dc:description>generated by python-docx</dc:description>
  <cp:lastModifiedBy>Tamsyn Goodwin</cp:lastModifiedBy>
  <cp:revision>3</cp:revision>
  <dcterms:created xsi:type="dcterms:W3CDTF">2026-09-30T11:17:00Z</dcterms:created>
  <dcterms:modified xsi:type="dcterms:W3CDTF">2026-10-01T10:54:00Z</dcterms:modified>
  <cp:category/>
</cp:coreProperties>
</file>